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activeX/activeX23.xml" ContentType="application/vnd.ms-office.activeX+xml"/>
  <Override PartName="/word/activeX/activeX23.bin" ContentType="application/vnd.ms-office.activeX"/>
  <Override PartName="/word/activeX/activeX24.xml" ContentType="application/vnd.ms-office.activeX+xml"/>
  <Override PartName="/word/activeX/activeX24.bin" ContentType="application/vnd.ms-office.activeX"/>
  <Override PartName="/word/activeX/activeX25.xml" ContentType="application/vnd.ms-office.activeX+xml"/>
  <Override PartName="/word/activeX/activeX25.bin" ContentType="application/vnd.ms-office.activeX"/>
  <Override PartName="/word/activeX/activeX26.xml" ContentType="application/vnd.ms-office.activeX+xml"/>
  <Override PartName="/word/activeX/activeX26.bin" ContentType="application/vnd.ms-office.activeX"/>
  <Override PartName="/word/activeX/activeX27.xml" ContentType="application/vnd.ms-office.activeX+xml"/>
  <Override PartName="/word/activeX/activeX27.bin" ContentType="application/vnd.ms-office.activeX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CAE" w:rsidRDefault="00B7492C">
      <w:pPr>
        <w:pStyle w:val="Heading1"/>
        <w:jc w:val="center"/>
        <w:rPr>
          <w:lang w:val="fr-FR"/>
        </w:rPr>
      </w:pPr>
      <w:r w:rsidRPr="00B7492C"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8F4A9C" wp14:editId="772E2859">
                <wp:simplePos x="0" y="0"/>
                <wp:positionH relativeFrom="margin">
                  <wp:posOffset>933450</wp:posOffset>
                </wp:positionH>
                <wp:positionV relativeFrom="margin">
                  <wp:posOffset>-476250</wp:posOffset>
                </wp:positionV>
                <wp:extent cx="3599815" cy="40957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9815" cy="409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59A4" w:rsidRPr="00BD6CBB" w:rsidRDefault="003F59A4" w:rsidP="00BD6CBB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FFFFFF" w:themeColor="background1"/>
                                <w:sz w:val="40"/>
                                <w:szCs w:val="40"/>
                                <w:vertAlign w:val="superscript"/>
                              </w:rPr>
                              <w:t>©</w:t>
                            </w:r>
                            <w:r w:rsidRPr="00BD6CBB">
                              <w:rPr>
                                <w:rFonts w:asciiTheme="majorHAnsi" w:hAnsiTheme="majorHAnsi" w:cstheme="majorHAnsi"/>
                                <w:color w:val="FFFFFF" w:themeColor="background1"/>
                                <w:sz w:val="40"/>
                                <w:szCs w:val="40"/>
                              </w:rPr>
                              <w:t>MajOrWare ● IT Solutions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3.5pt;margin-top:-37.5pt;width:283.45pt;height:32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" filled="f" stroked="f">
                <v:textbox>
                  <w:txbxContent>
                    <w:p w:rsidR="00E06370" w:rsidRPr="00BD6CBB" w:rsidRDefault="00E06370" w:rsidP="00BD6CBB">
                      <w:pPr>
                        <w:jc w:val="center"/>
                        <w:rPr>
                          <w:rFonts w:asciiTheme="majorHAnsi" w:hAnsiTheme="majorHAnsi" w:cstheme="majorHAnsi"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FFFFFF" w:themeColor="background1"/>
                          <w:sz w:val="40"/>
                          <w:szCs w:val="40"/>
                          <w:vertAlign w:val="superscript"/>
                        </w:rPr>
                        <w:t>©</w:t>
                      </w:r>
                      <w:r w:rsidRPr="00BD6CBB">
                        <w:rPr>
                          <w:rFonts w:asciiTheme="majorHAnsi" w:hAnsiTheme="majorHAnsi" w:cstheme="majorHAnsi"/>
                          <w:color w:val="FFFFFF" w:themeColor="background1"/>
                          <w:sz w:val="40"/>
                          <w:szCs w:val="40"/>
                        </w:rPr>
                        <w:t>MajOrWare ● IT Solutions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1559BC" w:rsidRPr="00236CAE">
        <w:rPr>
          <w:noProof/>
          <w:sz w:val="40"/>
          <w:szCs w:val="40"/>
          <w:lang w:val="fr-FR" w:eastAsia="fr-FR"/>
        </w:rPr>
        <w:drawing>
          <wp:anchor distT="0" distB="0" distL="114300" distR="114300" simplePos="0" relativeHeight="251660288" behindDoc="0" locked="0" layoutInCell="1" allowOverlap="1" wp14:anchorId="72856BB8" wp14:editId="038275DF">
            <wp:simplePos x="0" y="0"/>
            <wp:positionH relativeFrom="margin">
              <wp:posOffset>-1028700</wp:posOffset>
            </wp:positionH>
            <wp:positionV relativeFrom="margin">
              <wp:posOffset>-752475</wp:posOffset>
            </wp:positionV>
            <wp:extent cx="1636395" cy="838200"/>
            <wp:effectExtent l="38100" t="38100" r="40005" b="3810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on_bridge_non_transparent.JPE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6395" cy="838200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36CAE" w:rsidRDefault="00236CAE" w:rsidP="00236CAE">
      <w:pPr>
        <w:pStyle w:val="Heading1"/>
        <w:jc w:val="center"/>
        <w:rPr>
          <w:sz w:val="40"/>
          <w:szCs w:val="40"/>
          <w:lang w:val="fr-FR"/>
        </w:rPr>
      </w:pPr>
      <w:r w:rsidRPr="00236CAE">
        <w:rPr>
          <w:noProof/>
          <w:sz w:val="40"/>
          <w:szCs w:val="40"/>
          <w:lang w:val="fr-FR" w:eastAsia="fr-F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C2BB379" wp14:editId="339133CD">
                <wp:simplePos x="0" y="0"/>
                <wp:positionH relativeFrom="margin">
                  <wp:posOffset>-1028700</wp:posOffset>
                </wp:positionH>
                <wp:positionV relativeFrom="margin">
                  <wp:posOffset>-546100</wp:posOffset>
                </wp:positionV>
                <wp:extent cx="7559675" cy="539750"/>
                <wp:effectExtent l="0" t="0" r="3175" b="0"/>
                <wp:wrapSquare wrapText="bothSides"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9675" cy="5397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-81pt;margin-top:-43pt;width:595.25pt;height:42.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" fillcolor="#b8cce4 [1300]" stroked="f" strokeweight="2pt">
                <w10:wrap type="square" anchorx="margin" anchory="margin"/>
              </v:rect>
            </w:pict>
          </mc:Fallback>
        </mc:AlternateContent>
      </w:r>
      <w:r w:rsidR="007050D6" w:rsidRPr="00236CAE">
        <w:rPr>
          <w:sz w:val="40"/>
          <w:szCs w:val="40"/>
          <w:lang w:val="fr-FR"/>
        </w:rPr>
        <w:t>Analyse des Besoins Client</w:t>
      </w:r>
    </w:p>
    <w:p w:rsidR="00236CAE" w:rsidRDefault="00B07DAF" w:rsidP="00236CAE">
      <w:pPr>
        <w:rPr>
          <w:lang w:val="fr-FR"/>
        </w:rPr>
      </w:pPr>
      <w:r>
        <w:rPr>
          <w:noProof/>
          <w:sz w:val="40"/>
          <w:szCs w:val="40"/>
          <w:lang w:val="fr-FR"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EA5A52" wp14:editId="4897DF72">
                <wp:simplePos x="0" y="0"/>
                <wp:positionH relativeFrom="column">
                  <wp:posOffset>1</wp:posOffset>
                </wp:positionH>
                <wp:positionV relativeFrom="paragraph">
                  <wp:posOffset>22225</wp:posOffset>
                </wp:positionV>
                <wp:extent cx="5562600" cy="70485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2600" cy="704850"/>
                        </a:xfrm>
                        <a:prstGeom prst="rect">
                          <a:avLst/>
                        </a:prstGeom>
                        <a:solidFill>
                          <a:srgbClr val="CC0000">
                            <a:alpha val="40000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59A4" w:rsidRPr="00B07DAF" w:rsidRDefault="003F59A4">
                            <w:pPr>
                              <w:rPr>
                                <w:lang w:val="fr-FR"/>
                              </w:rPr>
                            </w:pPr>
                            <w:r w:rsidRPr="00236CAE">
                              <w:rPr>
                                <w:sz w:val="24"/>
                                <w:szCs w:val="24"/>
                                <w:lang w:val="fr-FR"/>
                              </w:rPr>
                              <w:t>Ce document vise à collecter les informations nécessaires pour analyser vos besoins et définir les contours du projet. Veuillez répondre aux questions et fournir les détails demandés dans les espaces prévus.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0;margin-top:1.75pt;width:438pt;height:5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" fillcolor="#c00" strokeweight=".5pt">
                <v:fill opacity="26214f"/>
                <v:textbox>
                  <w:txbxContent>
                    <w:p w:rsidR="00E06370" w:rsidRPr="00B07DAF" w:rsidRDefault="00E06370">
                      <w:pPr>
                        <w:rPr>
                          <w:lang w:val="fr-FR"/>
                        </w:rPr>
                      </w:pPr>
                      <w:r w:rsidRPr="00236CAE">
                        <w:rPr>
                          <w:sz w:val="24"/>
                          <w:szCs w:val="24"/>
                          <w:lang w:val="fr-FR"/>
                        </w:rPr>
                        <w:t>Ce document vise à collecter les informations nécessaires pour analyser vos besoins et définir les contours du projet. Veuillez répondre aux questions et fournir les détails demandés dans les espaces prévus.</w:t>
                      </w:r>
                    </w:p>
                  </w:txbxContent>
                </v:textbox>
              </v:shape>
            </w:pict>
          </mc:Fallback>
        </mc:AlternateContent>
      </w:r>
    </w:p>
    <w:p w:rsidR="00236CAE" w:rsidRDefault="00236CAE" w:rsidP="00236CAE">
      <w:pPr>
        <w:rPr>
          <w:lang w:val="fr-FR"/>
        </w:rPr>
      </w:pPr>
    </w:p>
    <w:p w:rsidR="00B07DAF" w:rsidRDefault="00B07DAF" w:rsidP="00236CAE">
      <w:pPr>
        <w:rPr>
          <w:lang w:val="fr-FR"/>
        </w:rPr>
      </w:pPr>
    </w:p>
    <w:p w:rsidR="00B07DAF" w:rsidRPr="00236CAE" w:rsidRDefault="00B07DAF" w:rsidP="00236CAE">
      <w:pPr>
        <w:rPr>
          <w:sz w:val="24"/>
          <w:szCs w:val="24"/>
          <w:lang w:val="fr-FR"/>
        </w:rPr>
      </w:pPr>
    </w:p>
    <w:p w:rsidR="000A700B" w:rsidRPr="00236CAE" w:rsidRDefault="007050D6">
      <w:pPr>
        <w:pStyle w:val="Heading2"/>
        <w:rPr>
          <w:lang w:val="fr-FR"/>
        </w:rPr>
      </w:pPr>
      <w:r w:rsidRPr="00236CAE">
        <w:rPr>
          <w:lang w:val="fr-FR"/>
        </w:rPr>
        <w:t>1. Informations générales sur le client</w:t>
      </w:r>
      <w:r w:rsidRPr="00236CAE">
        <w:rPr>
          <w:sz w:val="24"/>
          <w:lang w:val="fr-FR"/>
        </w:rPr>
        <w:br/>
      </w:r>
      <w:r w:rsidRPr="00236CAE">
        <w:rPr>
          <w:sz w:val="24"/>
          <w:lang w:val="fr-FR"/>
        </w:rPr>
        <w:br/>
      </w:r>
    </w:p>
    <w:p w:rsidR="00B07DAF" w:rsidRPr="00236CAE" w:rsidRDefault="007050D6">
      <w:pPr>
        <w:rPr>
          <w:sz w:val="24"/>
          <w:lang w:val="fr-FR"/>
        </w:rPr>
      </w:pPr>
      <w:r w:rsidRPr="00236CAE">
        <w:rPr>
          <w:lang w:val="fr-FR"/>
        </w:rPr>
        <w:t>Nom de l'entreprise ou du client :</w:t>
      </w:r>
    </w:p>
    <w:p w:rsidR="00B07DAF" w:rsidRDefault="00DD5885">
      <w:pPr>
        <w:rPr>
          <w:lang w:val="fr-FR"/>
        </w:rPr>
      </w:pPr>
      <w:r>
        <w:object w:dxaOrig="8640" w:dyaOrig="5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79" type="#_x0000_t75" style="width:6in;height:26.1pt" o:ole="">
            <v:imagedata r:id="rId11" o:title=""/>
          </v:shape>
          <w:control r:id="rId12" w:name="TextBox1" w:shapeid="_x0000_i1079"/>
        </w:object>
      </w:r>
    </w:p>
    <w:p w:rsidR="00B07DAF" w:rsidRPr="00236CAE" w:rsidRDefault="007050D6">
      <w:pPr>
        <w:rPr>
          <w:sz w:val="24"/>
          <w:lang w:val="fr-FR"/>
        </w:rPr>
      </w:pPr>
      <w:r w:rsidRPr="00236CAE">
        <w:rPr>
          <w:lang w:val="fr-FR"/>
        </w:rPr>
        <w:t>Contact principal (nom, e-mail, téléphone) :</w:t>
      </w:r>
    </w:p>
    <w:p w:rsidR="00BC0EA8" w:rsidRDefault="00BE640D">
      <w:pPr>
        <w:rPr>
          <w:sz w:val="24"/>
          <w:szCs w:val="24"/>
          <w:lang w:val="fr-FR"/>
        </w:rPr>
      </w:pPr>
      <w:r>
        <w:rPr>
          <w:sz w:val="24"/>
          <w:szCs w:val="24"/>
        </w:rPr>
        <w:object w:dxaOrig="8640" w:dyaOrig="525">
          <v:shape id="_x0000_i1081" type="#_x0000_t75" style="width:94.6pt;height:18.35pt" o:ole="">
            <v:imagedata r:id="rId13" o:title=""/>
          </v:shape>
          <w:control r:id="rId14" w:name="Label1" w:shapeid="_x0000_i1081"/>
        </w:object>
      </w:r>
      <w:r>
        <w:rPr>
          <w:sz w:val="24"/>
          <w:szCs w:val="24"/>
          <w:lang w:val="fr-FR"/>
        </w:rPr>
        <w:t xml:space="preserve"> </w:t>
      </w:r>
      <w:r>
        <w:rPr>
          <w:sz w:val="24"/>
          <w:szCs w:val="24"/>
        </w:rPr>
        <w:object w:dxaOrig="8640" w:dyaOrig="525">
          <v:shape id="_x0000_i1083" type="#_x0000_t75" style="width:331.75pt;height:18.35pt" o:ole="">
            <v:imagedata r:id="rId15" o:title=""/>
          </v:shape>
          <w:control r:id="rId16" w:name="TextBox2" w:shapeid="_x0000_i1083"/>
        </w:object>
      </w:r>
    </w:p>
    <w:p w:rsidR="00BE640D" w:rsidRDefault="00BE640D">
      <w:pPr>
        <w:rPr>
          <w:lang w:val="fr-FR"/>
        </w:rPr>
      </w:pPr>
      <w:r>
        <w:rPr>
          <w:sz w:val="24"/>
          <w:szCs w:val="24"/>
        </w:rPr>
        <w:object w:dxaOrig="8640" w:dyaOrig="525">
          <v:shape id="_x0000_i1085" type="#_x0000_t75" style="width:94.6pt;height:18.35pt" o:ole="">
            <v:imagedata r:id="rId17" o:title=""/>
          </v:shape>
          <w:control r:id="rId18" w:name="Label11" w:shapeid="_x0000_i1085"/>
        </w:object>
      </w:r>
      <w:r>
        <w:rPr>
          <w:sz w:val="24"/>
          <w:szCs w:val="24"/>
          <w:lang w:val="fr-FR"/>
        </w:rPr>
        <w:t xml:space="preserve"> </w:t>
      </w:r>
      <w:r w:rsidR="00E06370">
        <w:rPr>
          <w:sz w:val="24"/>
          <w:szCs w:val="24"/>
        </w:rPr>
        <w:object w:dxaOrig="8640" w:dyaOrig="525">
          <v:shape id="_x0000_i1087" type="#_x0000_t75" style="width:331.75pt;height:18.35pt" o:ole="">
            <v:imagedata r:id="rId15" o:title=""/>
          </v:shape>
          <w:control r:id="rId19" w:name="TextBox2111" w:shapeid="_x0000_i1087"/>
        </w:object>
      </w:r>
    </w:p>
    <w:p w:rsidR="00BE640D" w:rsidRDefault="00BE640D">
      <w:pPr>
        <w:rPr>
          <w:lang w:val="fr-FR"/>
        </w:rPr>
      </w:pPr>
      <w:r>
        <w:rPr>
          <w:sz w:val="24"/>
          <w:szCs w:val="24"/>
        </w:rPr>
        <w:object w:dxaOrig="8640" w:dyaOrig="525">
          <v:shape id="_x0000_i1089" type="#_x0000_t75" style="width:94.6pt;height:18.35pt" o:ole="">
            <v:imagedata r:id="rId20" o:title=""/>
          </v:shape>
          <w:control r:id="rId21" w:name="Label111" w:shapeid="_x0000_i1089"/>
        </w:object>
      </w:r>
      <w:r>
        <w:rPr>
          <w:sz w:val="24"/>
          <w:szCs w:val="24"/>
          <w:lang w:val="fr-FR"/>
        </w:rPr>
        <w:t xml:space="preserve"> </w:t>
      </w:r>
      <w:r>
        <w:rPr>
          <w:sz w:val="24"/>
          <w:szCs w:val="24"/>
        </w:rPr>
        <w:object w:dxaOrig="8640" w:dyaOrig="525">
          <v:shape id="_x0000_i1091" type="#_x0000_t75" style="width:331.75pt;height:18.35pt" o:ole="">
            <v:imagedata r:id="rId15" o:title=""/>
          </v:shape>
          <w:control r:id="rId22" w:name="TextBox211" w:shapeid="_x0000_i1091"/>
        </w:object>
      </w:r>
    </w:p>
    <w:p w:rsidR="000A700B" w:rsidRPr="00BE640D" w:rsidRDefault="007050D6">
      <w:pPr>
        <w:rPr>
          <w:sz w:val="24"/>
          <w:lang w:val="fr-FR"/>
        </w:rPr>
      </w:pPr>
      <w:r w:rsidRPr="00236CAE">
        <w:rPr>
          <w:lang w:val="fr-FR"/>
        </w:rPr>
        <w:t>Secteur d'activité :</w:t>
      </w:r>
      <w:r w:rsidR="00BE640D" w:rsidRPr="00BE640D">
        <w:rPr>
          <w:lang w:val="fr-FR"/>
        </w:rPr>
        <w:t xml:space="preserve"> </w:t>
      </w:r>
      <w:r w:rsidR="00BE640D">
        <w:object w:dxaOrig="8640" w:dyaOrig="525">
          <v:shape id="_x0000_i1093" type="#_x0000_t75" style="width:6in;height:26.1pt" o:ole="">
            <v:imagedata r:id="rId11" o:title=""/>
          </v:shape>
          <w:control r:id="rId23" w:name="TextBox11" w:shapeid="_x0000_i1093"/>
        </w:object>
      </w:r>
    </w:p>
    <w:p w:rsidR="00B07DAF" w:rsidRPr="00236CAE" w:rsidRDefault="007050D6">
      <w:pPr>
        <w:rPr>
          <w:sz w:val="24"/>
          <w:lang w:val="fr-FR"/>
        </w:rPr>
      </w:pPr>
      <w:r w:rsidRPr="00236CAE">
        <w:rPr>
          <w:lang w:val="fr-FR"/>
        </w:rPr>
        <w:t>Description brève de l'activité principale :</w:t>
      </w:r>
      <w:r w:rsidR="00BE640D" w:rsidRPr="00BE640D">
        <w:rPr>
          <w:lang w:val="fr-FR"/>
        </w:rPr>
        <w:t xml:space="preserve"> </w:t>
      </w:r>
      <w:r w:rsidR="00BE640D">
        <w:object w:dxaOrig="8640" w:dyaOrig="525">
          <v:shape id="_x0000_i1095" type="#_x0000_t75" style="width:6in;height:139.05pt" o:ole="">
            <v:imagedata r:id="rId24" o:title=""/>
          </v:shape>
          <w:control r:id="rId25" w:name="TextBox12" w:shapeid="_x0000_i1095"/>
        </w:object>
      </w:r>
    </w:p>
    <w:p w:rsidR="00B07DAF" w:rsidRPr="00236CAE" w:rsidRDefault="007050D6">
      <w:pPr>
        <w:rPr>
          <w:sz w:val="24"/>
          <w:lang w:val="fr-FR"/>
        </w:rPr>
      </w:pPr>
      <w:r w:rsidRPr="00236CAE">
        <w:rPr>
          <w:lang w:val="fr-FR"/>
        </w:rPr>
        <w:lastRenderedPageBreak/>
        <w:t>Objectif principal du projet :</w:t>
      </w:r>
    </w:p>
    <w:p w:rsidR="000A700B" w:rsidRPr="00236CAE" w:rsidRDefault="00494978">
      <w:pPr>
        <w:rPr>
          <w:lang w:val="fr-FR"/>
        </w:rPr>
      </w:pPr>
      <w:r>
        <w:object w:dxaOrig="8640" w:dyaOrig="525">
          <v:shape id="_x0000_i1097" type="#_x0000_t75" style="width:6in;height:139.05pt" o:ole="">
            <v:imagedata r:id="rId24" o:title=""/>
          </v:shape>
          <w:control r:id="rId26" w:name="TextBox121" w:shapeid="_x0000_i1097"/>
        </w:object>
      </w:r>
      <w:r w:rsidR="007050D6" w:rsidRPr="00236CAE">
        <w:rPr>
          <w:sz w:val="24"/>
          <w:lang w:val="fr-FR"/>
        </w:rPr>
        <w:br/>
      </w:r>
    </w:p>
    <w:p w:rsidR="000A700B" w:rsidRPr="00236CAE" w:rsidRDefault="007050D6">
      <w:pPr>
        <w:pStyle w:val="Heading2"/>
        <w:rPr>
          <w:lang w:val="fr-FR"/>
        </w:rPr>
      </w:pPr>
      <w:r w:rsidRPr="00236CAE">
        <w:rPr>
          <w:lang w:val="fr-FR"/>
        </w:rPr>
        <w:t>2. Fonctionnalités et besoins</w:t>
      </w:r>
      <w:r w:rsidR="002F7BB1">
        <w:rPr>
          <w:sz w:val="24"/>
          <w:lang w:val="fr-FR"/>
        </w:rPr>
        <w:br/>
      </w:r>
    </w:p>
    <w:p w:rsidR="00B07DAF" w:rsidRPr="00236CAE" w:rsidRDefault="007050D6">
      <w:pPr>
        <w:rPr>
          <w:sz w:val="24"/>
          <w:lang w:val="fr-FR"/>
        </w:rPr>
      </w:pPr>
      <w:r w:rsidRPr="00236CAE">
        <w:rPr>
          <w:lang w:val="fr-FR"/>
        </w:rPr>
        <w:t>Listez les fonctionnalités principales que vous souhaitez pour ce projet :</w:t>
      </w:r>
      <w:r w:rsidR="00494978" w:rsidRPr="00494978">
        <w:rPr>
          <w:lang w:val="fr-FR"/>
        </w:rPr>
        <w:t xml:space="preserve"> </w:t>
      </w:r>
      <w:r w:rsidR="00494978">
        <w:object w:dxaOrig="8640" w:dyaOrig="525">
          <v:shape id="_x0000_i1099" type="#_x0000_t75" style="width:6in;height:356.45pt" o:ole="">
            <v:imagedata r:id="rId27" o:title=""/>
          </v:shape>
          <w:control r:id="rId28" w:name="TextBox1211" w:shapeid="_x0000_i1099"/>
        </w:object>
      </w:r>
    </w:p>
    <w:p w:rsidR="001559BC" w:rsidRDefault="001559BC">
      <w:pPr>
        <w:rPr>
          <w:lang w:val="fr-FR"/>
        </w:rPr>
      </w:pPr>
    </w:p>
    <w:p w:rsidR="00763CBC" w:rsidRPr="00236CAE" w:rsidRDefault="00763CBC">
      <w:pPr>
        <w:rPr>
          <w:lang w:val="fr-FR"/>
        </w:rPr>
      </w:pPr>
    </w:p>
    <w:p w:rsidR="00B07DAF" w:rsidRPr="00236CAE" w:rsidRDefault="007050D6">
      <w:pPr>
        <w:rPr>
          <w:sz w:val="24"/>
          <w:lang w:val="fr-FR"/>
        </w:rPr>
      </w:pPr>
      <w:r w:rsidRPr="00236CAE">
        <w:rPr>
          <w:lang w:val="fr-FR"/>
        </w:rPr>
        <w:t>Avez-vous des exemples de sites ou applications similaires qui vous inspirent ?</w:t>
      </w:r>
    </w:p>
    <w:p w:rsidR="00B3398D" w:rsidRPr="00236CAE" w:rsidRDefault="00494978">
      <w:pPr>
        <w:rPr>
          <w:lang w:val="fr-FR"/>
        </w:rPr>
      </w:pPr>
      <w:r>
        <w:object w:dxaOrig="8640" w:dyaOrig="525">
          <v:shape id="_x0000_i1161" type="#_x0000_t75" style="width:6in;height:139.05pt" o:ole="">
            <v:imagedata r:id="rId24" o:title=""/>
          </v:shape>
          <w:control r:id="rId29" w:name="TextBox1212" w:shapeid="_x0000_i1161"/>
        </w:object>
      </w:r>
    </w:p>
    <w:p w:rsidR="00763CBC" w:rsidRDefault="00763CBC">
      <w:pPr>
        <w:rPr>
          <w:lang w:val="fr-FR"/>
        </w:rPr>
      </w:pPr>
    </w:p>
    <w:p w:rsidR="00763CBC" w:rsidRDefault="007050D6">
      <w:pPr>
        <w:rPr>
          <w:lang w:val="fr-FR"/>
        </w:rPr>
      </w:pPr>
      <w:r w:rsidRPr="00236CAE">
        <w:rPr>
          <w:lang w:val="fr-FR"/>
        </w:rPr>
        <w:t>Y a-t-il des contraintes techniques spécifiques (framework, CMS, API, etc.) ?</w:t>
      </w:r>
      <w:r w:rsidR="00494978" w:rsidRPr="00494978">
        <w:rPr>
          <w:lang w:val="fr-FR"/>
        </w:rPr>
        <w:t xml:space="preserve"> </w:t>
      </w:r>
    </w:p>
    <w:p w:rsidR="00F7066D" w:rsidRPr="00236CAE" w:rsidRDefault="00494978">
      <w:pPr>
        <w:rPr>
          <w:sz w:val="24"/>
          <w:lang w:val="fr-FR"/>
        </w:rPr>
      </w:pPr>
      <w:r>
        <w:object w:dxaOrig="8640" w:dyaOrig="525">
          <v:shape id="_x0000_i1162" type="#_x0000_t75" style="width:6in;height:139.05pt" o:ole="">
            <v:imagedata r:id="rId30" o:title=""/>
          </v:shape>
          <w:control r:id="rId31" w:name="TextBox12121" w:shapeid="_x0000_i1162"/>
        </w:object>
      </w:r>
    </w:p>
    <w:p w:rsidR="00B3398D" w:rsidRDefault="00B3398D" w:rsidP="00B3398D">
      <w:pPr>
        <w:rPr>
          <w:lang w:val="fr-FR"/>
        </w:rPr>
      </w:pPr>
      <w:r>
        <w:rPr>
          <w:lang w:val="fr-FR"/>
        </w:rPr>
        <w:t>Pour quel plateforme engagée vous ce projet</w:t>
      </w:r>
      <w:r w:rsidRPr="00236CAE">
        <w:rPr>
          <w:lang w:val="fr-FR"/>
        </w:rPr>
        <w:t xml:space="preserve"> ?</w:t>
      </w:r>
    </w:p>
    <w:p w:rsidR="00CA21A6" w:rsidRDefault="00494978" w:rsidP="00B3398D">
      <w:pPr>
        <w:rPr>
          <w:sz w:val="24"/>
          <w:lang w:val="fr-FR"/>
        </w:rPr>
      </w:pPr>
      <w:r>
        <w:rPr>
          <w:sz w:val="24"/>
        </w:rPr>
        <w:object w:dxaOrig="8640" w:dyaOrig="525">
          <v:shape id="_x0000_i1105" type="#_x0000_t75" style="width:108pt;height:21.9pt" o:ole="">
            <v:imagedata r:id="rId32" o:title=""/>
          </v:shape>
          <w:control r:id="rId33" w:name="CheckBox1" w:shapeid="_x0000_i1105"/>
        </w:object>
      </w:r>
    </w:p>
    <w:p w:rsidR="00CA21A6" w:rsidRDefault="00494978" w:rsidP="00B3398D">
      <w:pPr>
        <w:rPr>
          <w:sz w:val="24"/>
          <w:lang w:val="fr-FR"/>
        </w:rPr>
      </w:pPr>
      <w:r>
        <w:rPr>
          <w:sz w:val="24"/>
        </w:rPr>
        <w:object w:dxaOrig="8640" w:dyaOrig="525">
          <v:shape id="_x0000_i1107" type="#_x0000_t75" style="width:108pt;height:21.9pt" o:ole="">
            <v:imagedata r:id="rId34" o:title=""/>
          </v:shape>
          <w:control r:id="rId35" w:name="CheckBox11" w:shapeid="_x0000_i1107"/>
        </w:object>
      </w:r>
    </w:p>
    <w:p w:rsidR="00CA21A6" w:rsidRDefault="00494978" w:rsidP="00B3398D">
      <w:pPr>
        <w:rPr>
          <w:sz w:val="24"/>
          <w:lang w:val="fr-FR"/>
        </w:rPr>
      </w:pPr>
      <w:r>
        <w:rPr>
          <w:sz w:val="24"/>
        </w:rPr>
        <w:object w:dxaOrig="8640" w:dyaOrig="525">
          <v:shape id="_x0000_i1109" type="#_x0000_t75" style="width:108pt;height:21.9pt" o:ole="">
            <v:imagedata r:id="rId36" o:title=""/>
          </v:shape>
          <w:control r:id="rId37" w:name="CheckBox12" w:shapeid="_x0000_i1109"/>
        </w:object>
      </w:r>
    </w:p>
    <w:p w:rsidR="00CA21A6" w:rsidRDefault="00494978" w:rsidP="00B3398D">
      <w:pPr>
        <w:rPr>
          <w:sz w:val="24"/>
          <w:lang w:val="fr-FR"/>
        </w:rPr>
      </w:pPr>
      <w:r>
        <w:rPr>
          <w:sz w:val="24"/>
        </w:rPr>
        <w:object w:dxaOrig="8640" w:dyaOrig="525">
          <v:shape id="_x0000_i1111" type="#_x0000_t75" style="width:108pt;height:21.9pt" o:ole="">
            <v:imagedata r:id="rId38" o:title=""/>
          </v:shape>
          <w:control r:id="rId39" w:name="CheckBox13" w:shapeid="_x0000_i1111"/>
        </w:object>
      </w:r>
    </w:p>
    <w:p w:rsidR="00494978" w:rsidRPr="00236CAE" w:rsidRDefault="00CA21A6" w:rsidP="00B3398D">
      <w:pPr>
        <w:rPr>
          <w:sz w:val="24"/>
          <w:lang w:val="fr-FR"/>
        </w:rPr>
      </w:pPr>
      <w:r>
        <w:rPr>
          <w:sz w:val="24"/>
        </w:rPr>
        <w:object w:dxaOrig="8640" w:dyaOrig="525">
          <v:shape id="_x0000_i1113" type="#_x0000_t75" style="width:144.7pt;height:21.9pt" o:ole="">
            <v:imagedata r:id="rId40" o:title=""/>
          </v:shape>
          <w:control r:id="rId41" w:name="CheckBox14" w:shapeid="_x0000_i1113"/>
        </w:object>
      </w:r>
    </w:p>
    <w:p w:rsidR="003D3C84" w:rsidRDefault="003D3C84">
      <w:pPr>
        <w:rPr>
          <w:lang w:val="fr-FR"/>
        </w:rPr>
      </w:pPr>
    </w:p>
    <w:p w:rsidR="003F59A4" w:rsidRDefault="003F59A4">
      <w:pPr>
        <w:rPr>
          <w:lang w:val="fr-FR"/>
        </w:rPr>
      </w:pPr>
    </w:p>
    <w:p w:rsidR="003F59A4" w:rsidRPr="00236CAE" w:rsidRDefault="003F59A4">
      <w:pPr>
        <w:rPr>
          <w:lang w:val="fr-FR"/>
        </w:rPr>
      </w:pPr>
    </w:p>
    <w:p w:rsidR="003F59A4" w:rsidRDefault="003F59A4">
      <w:pPr>
        <w:rPr>
          <w:lang w:val="fr-FR"/>
        </w:rPr>
      </w:pPr>
    </w:p>
    <w:p w:rsidR="00F7066D" w:rsidRPr="00236CAE" w:rsidRDefault="007050D6">
      <w:pPr>
        <w:rPr>
          <w:sz w:val="24"/>
          <w:lang w:val="fr-FR"/>
        </w:rPr>
      </w:pPr>
      <w:r w:rsidRPr="00236CAE">
        <w:rPr>
          <w:lang w:val="fr-FR"/>
        </w:rPr>
        <w:t>Autres exigences spécifiques :</w:t>
      </w:r>
    </w:p>
    <w:p w:rsidR="00B3398D" w:rsidRDefault="00CA21A6">
      <w:pPr>
        <w:rPr>
          <w:lang w:val="fr-FR"/>
        </w:rPr>
      </w:pPr>
      <w:r>
        <w:object w:dxaOrig="8640" w:dyaOrig="525">
          <v:shape id="_x0000_i1163" type="#_x0000_t75" style="width:6in;height:219.55pt" o:ole="">
            <v:imagedata r:id="rId42" o:title=""/>
          </v:shape>
          <w:control r:id="rId43" w:name="TextBox12122" w:shapeid="_x0000_i1163"/>
        </w:object>
      </w:r>
    </w:p>
    <w:p w:rsidR="00B3398D" w:rsidRPr="00236CAE" w:rsidRDefault="00B3398D">
      <w:pPr>
        <w:rPr>
          <w:lang w:val="fr-FR"/>
        </w:rPr>
      </w:pPr>
    </w:p>
    <w:p w:rsidR="000A700B" w:rsidRPr="00236CAE" w:rsidRDefault="007050D6">
      <w:pPr>
        <w:pStyle w:val="Heading2"/>
        <w:rPr>
          <w:lang w:val="fr-FR"/>
        </w:rPr>
      </w:pPr>
      <w:r w:rsidRPr="00236CAE">
        <w:rPr>
          <w:lang w:val="fr-FR"/>
        </w:rPr>
        <w:t>3. Ressources disponibles</w:t>
      </w:r>
      <w:r w:rsidR="00F7066D">
        <w:rPr>
          <w:sz w:val="24"/>
          <w:lang w:val="fr-FR"/>
        </w:rPr>
        <w:br/>
      </w:r>
    </w:p>
    <w:p w:rsidR="00F7066D" w:rsidRPr="00236CAE" w:rsidRDefault="007050D6">
      <w:pPr>
        <w:rPr>
          <w:sz w:val="24"/>
          <w:lang w:val="fr-FR"/>
        </w:rPr>
      </w:pPr>
      <w:r w:rsidRPr="00236CAE">
        <w:rPr>
          <w:lang w:val="fr-FR"/>
        </w:rPr>
        <w:t>Disposez-vous de contenus existants (textes, images, vidéos) ?</w:t>
      </w:r>
    </w:p>
    <w:p w:rsidR="000A700B" w:rsidRPr="00F7066D" w:rsidRDefault="00CA21A6">
      <w:pPr>
        <w:rPr>
          <w:sz w:val="24"/>
          <w:lang w:val="fr-FR"/>
        </w:rPr>
      </w:pPr>
      <w:r>
        <w:rPr>
          <w:sz w:val="24"/>
        </w:rPr>
        <w:object w:dxaOrig="8640" w:dyaOrig="525">
          <v:shape id="_x0000_i1117" type="#_x0000_t75" style="width:108pt;height:21.9pt" o:ole="">
            <v:imagedata r:id="rId44" o:title=""/>
          </v:shape>
          <w:control r:id="rId45" w:name="CheckBox15" w:shapeid="_x0000_i1117"/>
        </w:object>
      </w:r>
      <w:r>
        <w:rPr>
          <w:sz w:val="24"/>
          <w:lang w:val="fr-FR"/>
        </w:rPr>
        <w:tab/>
      </w:r>
      <w:r>
        <w:rPr>
          <w:sz w:val="24"/>
          <w:lang w:val="fr-FR"/>
        </w:rPr>
        <w:tab/>
      </w:r>
      <w:r>
        <w:rPr>
          <w:sz w:val="24"/>
          <w:lang w:val="fr-FR"/>
        </w:rPr>
        <w:tab/>
      </w:r>
      <w:r>
        <w:rPr>
          <w:sz w:val="24"/>
        </w:rPr>
        <w:object w:dxaOrig="8640" w:dyaOrig="525">
          <v:shape id="_x0000_i1160" type="#_x0000_t75" style="width:108pt;height:21.9pt" o:ole="">
            <v:imagedata r:id="rId46" o:title=""/>
          </v:shape>
          <w:control r:id="rId47" w:name="CheckBox16" w:shapeid="_x0000_i1160"/>
        </w:object>
      </w:r>
      <w:r>
        <w:rPr>
          <w:sz w:val="24"/>
          <w:lang w:val="fr-FR"/>
        </w:rPr>
        <w:br/>
      </w:r>
    </w:p>
    <w:p w:rsidR="00F7066D" w:rsidRPr="00236CAE" w:rsidRDefault="007050D6">
      <w:pPr>
        <w:rPr>
          <w:sz w:val="24"/>
          <w:lang w:val="fr-FR"/>
        </w:rPr>
      </w:pPr>
      <w:r w:rsidRPr="00236CAE">
        <w:rPr>
          <w:lang w:val="fr-FR"/>
        </w:rPr>
        <w:t>Fournissez-vous un cahier des charges ou des maquettes ?</w:t>
      </w:r>
    </w:p>
    <w:p w:rsidR="000A700B" w:rsidRPr="00236CAE" w:rsidRDefault="00CA21A6">
      <w:pPr>
        <w:rPr>
          <w:lang w:val="fr-FR"/>
        </w:rPr>
      </w:pPr>
      <w:r>
        <w:rPr>
          <w:sz w:val="24"/>
        </w:rPr>
        <w:object w:dxaOrig="8640" w:dyaOrig="525">
          <v:shape id="_x0000_i1121" type="#_x0000_t75" style="width:108pt;height:21.9pt" o:ole="">
            <v:imagedata r:id="rId48" o:title=""/>
          </v:shape>
          <w:control r:id="rId49" w:name="CheckBox151" w:shapeid="_x0000_i1121"/>
        </w:object>
      </w:r>
      <w:r>
        <w:rPr>
          <w:sz w:val="24"/>
          <w:lang w:val="fr-FR"/>
        </w:rPr>
        <w:tab/>
      </w:r>
      <w:r>
        <w:rPr>
          <w:sz w:val="24"/>
          <w:lang w:val="fr-FR"/>
        </w:rPr>
        <w:tab/>
      </w:r>
      <w:r>
        <w:rPr>
          <w:sz w:val="24"/>
          <w:lang w:val="fr-FR"/>
        </w:rPr>
        <w:tab/>
      </w:r>
      <w:r>
        <w:rPr>
          <w:sz w:val="24"/>
        </w:rPr>
        <w:object w:dxaOrig="8640" w:dyaOrig="525">
          <v:shape id="_x0000_i1123" type="#_x0000_t75" style="width:108pt;height:21.9pt" o:ole="">
            <v:imagedata r:id="rId50" o:title=""/>
          </v:shape>
          <w:control r:id="rId51" w:name="CheckBox161" w:shapeid="_x0000_i1123"/>
        </w:object>
      </w:r>
      <w:r w:rsidR="007050D6" w:rsidRPr="00236CAE">
        <w:rPr>
          <w:sz w:val="24"/>
          <w:lang w:val="fr-FR"/>
        </w:rPr>
        <w:br/>
      </w:r>
      <w:r w:rsidR="007050D6" w:rsidRPr="00236CAE">
        <w:rPr>
          <w:sz w:val="24"/>
          <w:lang w:val="fr-FR"/>
        </w:rPr>
        <w:br/>
      </w:r>
    </w:p>
    <w:p w:rsidR="00F7066D" w:rsidRPr="00236CAE" w:rsidRDefault="007050D6">
      <w:pPr>
        <w:rPr>
          <w:sz w:val="24"/>
          <w:lang w:val="fr-FR"/>
        </w:rPr>
      </w:pPr>
      <w:r w:rsidRPr="00236CAE">
        <w:rPr>
          <w:lang w:val="fr-FR"/>
        </w:rPr>
        <w:t>Disposez-vous d’un environnement</w:t>
      </w:r>
      <w:r w:rsidR="001559BC">
        <w:rPr>
          <w:lang w:val="fr-FR"/>
        </w:rPr>
        <w:t xml:space="preserve"> technique existant (Serveur</w:t>
      </w:r>
      <w:r w:rsidRPr="00236CAE">
        <w:rPr>
          <w:lang w:val="fr-FR"/>
        </w:rPr>
        <w:t>, base de données, etc.) ?</w:t>
      </w:r>
    </w:p>
    <w:p w:rsidR="000A700B" w:rsidRPr="00236CAE" w:rsidRDefault="00CA21A6">
      <w:pPr>
        <w:rPr>
          <w:lang w:val="fr-FR"/>
        </w:rPr>
      </w:pPr>
      <w:r>
        <w:rPr>
          <w:sz w:val="24"/>
        </w:rPr>
        <w:object w:dxaOrig="8640" w:dyaOrig="525">
          <v:shape id="_x0000_i1125" type="#_x0000_t75" style="width:108pt;height:21.9pt" o:ole="">
            <v:imagedata r:id="rId52" o:title=""/>
          </v:shape>
          <w:control r:id="rId53" w:name="CheckBox1511" w:shapeid="_x0000_i1125"/>
        </w:object>
      </w:r>
      <w:r>
        <w:rPr>
          <w:sz w:val="24"/>
          <w:lang w:val="fr-FR"/>
        </w:rPr>
        <w:tab/>
      </w:r>
      <w:r>
        <w:rPr>
          <w:sz w:val="24"/>
          <w:lang w:val="fr-FR"/>
        </w:rPr>
        <w:tab/>
      </w:r>
      <w:r>
        <w:rPr>
          <w:sz w:val="24"/>
          <w:lang w:val="fr-FR"/>
        </w:rPr>
        <w:tab/>
      </w:r>
      <w:r>
        <w:rPr>
          <w:sz w:val="24"/>
        </w:rPr>
        <w:object w:dxaOrig="8640" w:dyaOrig="525">
          <v:shape id="_x0000_i1127" type="#_x0000_t75" style="width:108pt;height:21.9pt" o:ole="">
            <v:imagedata r:id="rId54" o:title=""/>
          </v:shape>
          <w:control r:id="rId55" w:name="CheckBox1611" w:shapeid="_x0000_i1127"/>
        </w:object>
      </w:r>
    </w:p>
    <w:p w:rsidR="003D3C84" w:rsidRPr="00CA21A6" w:rsidRDefault="00CA21A6" w:rsidP="00CA21A6">
      <w:pPr>
        <w:pStyle w:val="ListParagraph"/>
        <w:numPr>
          <w:ilvl w:val="0"/>
          <w:numId w:val="12"/>
        </w:numPr>
        <w:rPr>
          <w:i/>
          <w:sz w:val="20"/>
          <w:szCs w:val="20"/>
          <w:lang w:val="fr-FR"/>
        </w:rPr>
      </w:pPr>
      <w:r w:rsidRPr="00CA21A6">
        <w:rPr>
          <w:i/>
          <w:sz w:val="20"/>
          <w:szCs w:val="20"/>
          <w:lang w:val="fr-FR"/>
        </w:rPr>
        <w:t xml:space="preserve">Si vous choisissez </w:t>
      </w:r>
      <w:r w:rsidRPr="00CA21A6">
        <w:rPr>
          <w:b/>
          <w:i/>
          <w:sz w:val="20"/>
          <w:szCs w:val="20"/>
          <w:lang w:val="fr-FR"/>
        </w:rPr>
        <w:t>non</w:t>
      </w:r>
      <w:r w:rsidRPr="00CA21A6">
        <w:rPr>
          <w:i/>
          <w:sz w:val="20"/>
          <w:szCs w:val="20"/>
          <w:lang w:val="fr-FR"/>
        </w:rPr>
        <w:t xml:space="preserve"> vous assumez que </w:t>
      </w:r>
      <w:r w:rsidRPr="00CA21A6">
        <w:rPr>
          <w:b/>
          <w:i/>
          <w:sz w:val="20"/>
          <w:szCs w:val="20"/>
          <w:lang w:val="fr-FR"/>
        </w:rPr>
        <w:t>MajOrWare</w:t>
      </w:r>
      <w:r w:rsidRPr="00CA21A6">
        <w:rPr>
          <w:i/>
          <w:sz w:val="20"/>
          <w:szCs w:val="20"/>
          <w:lang w:val="fr-FR"/>
        </w:rPr>
        <w:t xml:space="preserve"> fournissent des solutions optimisées pour la mise en production de vos services en ligne.</w:t>
      </w:r>
    </w:p>
    <w:p w:rsidR="00CA21A6" w:rsidRDefault="00CA21A6">
      <w:pPr>
        <w:rPr>
          <w:lang w:val="fr-FR"/>
        </w:rPr>
      </w:pPr>
    </w:p>
    <w:p w:rsidR="003F59A4" w:rsidRDefault="003F59A4">
      <w:pPr>
        <w:rPr>
          <w:lang w:val="fr-FR"/>
        </w:rPr>
      </w:pPr>
    </w:p>
    <w:p w:rsidR="003F59A4" w:rsidRDefault="003F59A4">
      <w:pPr>
        <w:rPr>
          <w:lang w:val="fr-FR"/>
        </w:rPr>
      </w:pPr>
    </w:p>
    <w:p w:rsidR="00F7066D" w:rsidRPr="00236CAE" w:rsidRDefault="007050D6">
      <w:pPr>
        <w:rPr>
          <w:sz w:val="24"/>
          <w:lang w:val="fr-FR"/>
        </w:rPr>
      </w:pPr>
      <w:r w:rsidRPr="00236CAE">
        <w:rPr>
          <w:lang w:val="fr-FR"/>
        </w:rPr>
        <w:lastRenderedPageBreak/>
        <w:t>Autres ressources ou outils que vous mettrez à disposition :</w:t>
      </w:r>
    </w:p>
    <w:bookmarkStart w:id="0" w:name="_GoBack"/>
    <w:p w:rsidR="000A700B" w:rsidRPr="00236CAE" w:rsidRDefault="00BA71EE">
      <w:pPr>
        <w:rPr>
          <w:lang w:val="fr-FR"/>
        </w:rPr>
      </w:pPr>
      <w:r>
        <w:object w:dxaOrig="8640" w:dyaOrig="525">
          <v:shape id="_x0000_i1165" type="#_x0000_t75" style="width:6in;height:131.3pt" o:ole="">
            <v:imagedata r:id="rId56" o:title=""/>
          </v:shape>
          <w:control r:id="rId57" w:name="TextBox12123" w:shapeid="_x0000_i1165"/>
        </w:object>
      </w:r>
      <w:bookmarkEnd w:id="0"/>
      <w:r w:rsidR="007050D6" w:rsidRPr="00236CAE">
        <w:rPr>
          <w:sz w:val="24"/>
          <w:lang w:val="fr-FR"/>
        </w:rPr>
        <w:br/>
      </w:r>
    </w:p>
    <w:p w:rsidR="000A700B" w:rsidRPr="00236CAE" w:rsidRDefault="007050D6">
      <w:pPr>
        <w:pStyle w:val="Heading2"/>
        <w:rPr>
          <w:lang w:val="fr-FR"/>
        </w:rPr>
      </w:pPr>
      <w:r w:rsidRPr="00236CAE">
        <w:rPr>
          <w:lang w:val="fr-FR"/>
        </w:rPr>
        <w:t>4. Planning et budget</w:t>
      </w:r>
      <w:r w:rsidRPr="00236CAE">
        <w:rPr>
          <w:sz w:val="24"/>
          <w:lang w:val="fr-FR"/>
        </w:rPr>
        <w:br/>
      </w:r>
    </w:p>
    <w:p w:rsidR="00F7066D" w:rsidRPr="00236CAE" w:rsidRDefault="007050D6">
      <w:pPr>
        <w:rPr>
          <w:sz w:val="24"/>
          <w:lang w:val="fr-FR"/>
        </w:rPr>
      </w:pPr>
      <w:r w:rsidRPr="00236CAE">
        <w:rPr>
          <w:lang w:val="fr-FR"/>
        </w:rPr>
        <w:t>Quelle est la date l</w:t>
      </w:r>
      <w:r w:rsidR="003D3A36">
        <w:rPr>
          <w:lang w:val="fr-FR"/>
        </w:rPr>
        <w:t>imite souhaitée pour ce projet ?</w:t>
      </w:r>
    </w:p>
    <w:p w:rsidR="000A700B" w:rsidRPr="001E629D" w:rsidRDefault="003F59A4">
      <w:pPr>
        <w:rPr>
          <w:lang w:val="fr-FR"/>
        </w:rPr>
      </w:pPr>
      <w:sdt>
        <w:sdtPr>
          <w:rPr>
            <w:sz w:val="24"/>
          </w:rPr>
          <w:alias w:val="Limite Date"/>
          <w:tag w:val="Limite Date"/>
          <w:id w:val="592899200"/>
          <w:placeholder>
            <w:docPart w:val="A419484898094B318A4E21A75BF04C6F"/>
          </w:placeholder>
          <w:showingPlcHdr/>
          <w:date>
            <w:dateFormat w:val="dd/MM/yyyy"/>
            <w:lid w:val="fr-FR"/>
            <w:storeMappedDataAs w:val="dateTime"/>
            <w:calendar w:val="gregorian"/>
          </w:date>
        </w:sdtPr>
        <w:sdtContent>
          <w:r w:rsidR="001E629D" w:rsidRPr="001E629D">
            <w:rPr>
              <w:rStyle w:val="PlaceholderText"/>
              <w:lang w:val="fr-FR"/>
            </w:rPr>
            <w:t>Entre rune date limite ici (dd/MM/yyyy).</w:t>
          </w:r>
        </w:sdtContent>
      </w:sdt>
      <w:r w:rsidR="007050D6" w:rsidRPr="001E629D">
        <w:rPr>
          <w:sz w:val="24"/>
          <w:lang w:val="fr-FR"/>
        </w:rPr>
        <w:br/>
      </w:r>
    </w:p>
    <w:p w:rsidR="00E50919" w:rsidRDefault="007050D6">
      <w:pPr>
        <w:rPr>
          <w:lang w:val="fr-FR"/>
        </w:rPr>
      </w:pPr>
      <w:r w:rsidRPr="00236CAE">
        <w:rPr>
          <w:lang w:val="fr-FR"/>
        </w:rPr>
        <w:t>Avez-vous un budget alloué pour ce projet ? Si oui, veuillez le préciser :</w:t>
      </w:r>
    </w:p>
    <w:p w:rsidR="00E06370" w:rsidRPr="00236CAE" w:rsidRDefault="003F59A4" w:rsidP="00763CBC">
      <w:pPr>
        <w:framePr w:w="3135" w:h="707" w:hRule="exact" w:hSpace="141" w:wrap="around" w:vAnchor="text" w:hAnchor="page" w:x="1907" w:y="39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sz w:val="24"/>
          <w:lang w:val="fr-FR"/>
        </w:rPr>
      </w:pPr>
      <w:sdt>
        <w:sdtPr>
          <w:rPr>
            <w:sz w:val="24"/>
            <w:lang w:val="fr-FR"/>
          </w:rPr>
          <w:alias w:val="Devise"/>
          <w:tag w:val="Devise"/>
          <w:id w:val="463395440"/>
          <w:placeholder>
            <w:docPart w:val="B9B2114668634755A6E627797A5FF77C"/>
          </w:placeholder>
          <w:showingPlcHdr/>
          <w:comboBox>
            <w:listItem w:value="Choose an item."/>
            <w:listItem w:displayText="USD" w:value="Dollars"/>
            <w:listItem w:displayText="HTG" w:value="Gourdes"/>
            <w:listItem w:displayText="EUR" w:value="Euro"/>
          </w:comboBox>
        </w:sdtPr>
        <w:sdtContent>
          <w:r w:rsidR="00E06370" w:rsidRPr="001E629D">
            <w:rPr>
              <w:rStyle w:val="PlaceholderText"/>
              <w:lang w:val="fr-FR"/>
            </w:rPr>
            <w:t>Choisit la devise.</w:t>
          </w:r>
        </w:sdtContent>
      </w:sdt>
    </w:p>
    <w:p w:rsidR="00E06370" w:rsidRPr="00236CAE" w:rsidRDefault="003F59A4" w:rsidP="00763CBC">
      <w:pPr>
        <w:framePr w:w="3557" w:h="707" w:hRule="exact" w:hSpace="141" w:wrap="around" w:vAnchor="text" w:hAnchor="page" w:x="5663" w:y="1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sz w:val="24"/>
          <w:lang w:val="fr-FR"/>
        </w:rPr>
      </w:pPr>
      <w:sdt>
        <w:sdtPr>
          <w:rPr>
            <w:lang w:val="fr-FR"/>
          </w:rPr>
          <w:alias w:val="Montant"/>
          <w:tag w:val="Montant"/>
          <w:id w:val="1048879214"/>
          <w:placeholder>
            <w:docPart w:val="9A75A2855CC04572AEF90817A5193224"/>
          </w:placeholder>
          <w:showingPlcHdr/>
          <w:text/>
        </w:sdtPr>
        <w:sdtContent>
          <w:r w:rsidR="00E06370">
            <w:rPr>
              <w:rStyle w:val="PlaceholderText"/>
              <w:lang w:val="fr-FR"/>
            </w:rPr>
            <w:t>Montant du budget</w:t>
          </w:r>
          <w:r w:rsidR="00E06370" w:rsidRPr="001E629D">
            <w:rPr>
              <w:rStyle w:val="PlaceholderText"/>
              <w:lang w:val="fr-FR"/>
            </w:rPr>
            <w:t>.</w:t>
          </w:r>
        </w:sdtContent>
      </w:sdt>
    </w:p>
    <w:p w:rsidR="001E629D" w:rsidRDefault="001E629D" w:rsidP="00E06370">
      <w:pPr>
        <w:rPr>
          <w:lang w:val="fr-FR"/>
        </w:rPr>
      </w:pPr>
    </w:p>
    <w:p w:rsidR="000A700B" w:rsidRPr="00236CAE" w:rsidRDefault="007050D6">
      <w:pPr>
        <w:pStyle w:val="Heading2"/>
        <w:rPr>
          <w:lang w:val="fr-FR"/>
        </w:rPr>
      </w:pPr>
      <w:r w:rsidRPr="00236CAE">
        <w:rPr>
          <w:lang w:val="fr-FR"/>
        </w:rPr>
        <w:t>5. Autres remarques</w:t>
      </w:r>
      <w:r w:rsidR="00E50919">
        <w:rPr>
          <w:sz w:val="24"/>
          <w:lang w:val="fr-FR"/>
        </w:rPr>
        <w:br/>
      </w:r>
    </w:p>
    <w:p w:rsidR="00E50919" w:rsidRPr="00236CAE" w:rsidRDefault="007050D6">
      <w:pPr>
        <w:rPr>
          <w:sz w:val="24"/>
          <w:lang w:val="fr-FR"/>
        </w:rPr>
      </w:pPr>
      <w:r w:rsidRPr="00236CAE">
        <w:rPr>
          <w:lang w:val="fr-FR"/>
        </w:rPr>
        <w:t>Veuillez ajouter toute autre information pertinente :</w:t>
      </w:r>
    </w:p>
    <w:p w:rsidR="000A700B" w:rsidRPr="001E629D" w:rsidRDefault="001E629D">
      <w:pPr>
        <w:rPr>
          <w:lang w:val="fr-FR"/>
        </w:rPr>
      </w:pPr>
      <w:r>
        <w:object w:dxaOrig="8640" w:dyaOrig="525">
          <v:shape id="_x0000_i1142" type="#_x0000_t75" style="width:6in;height:151.05pt" o:ole="">
            <v:imagedata r:id="rId58" o:title=""/>
          </v:shape>
          <w:control r:id="rId59" w:name="TextBox121231" w:shapeid="_x0000_i1142"/>
        </w:object>
      </w:r>
      <w:r w:rsidR="007050D6" w:rsidRPr="001E629D">
        <w:rPr>
          <w:sz w:val="24"/>
          <w:lang w:val="fr-FR"/>
        </w:rPr>
        <w:br/>
      </w:r>
      <w:r w:rsidR="007050D6" w:rsidRPr="001E629D">
        <w:rPr>
          <w:sz w:val="24"/>
          <w:lang w:val="fr-FR"/>
        </w:rPr>
        <w:br/>
      </w:r>
    </w:p>
    <w:sectPr w:rsidR="000A700B" w:rsidRPr="001E629D" w:rsidSect="00034616">
      <w:footerReference w:type="default" r:id="rId60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9A4" w:rsidRDefault="003F59A4" w:rsidP="003D3C84">
      <w:pPr>
        <w:spacing w:after="0" w:line="240" w:lineRule="auto"/>
      </w:pPr>
      <w:r>
        <w:separator/>
      </w:r>
    </w:p>
  </w:endnote>
  <w:endnote w:type="continuationSeparator" w:id="0">
    <w:p w:rsidR="003F59A4" w:rsidRDefault="003F59A4" w:rsidP="003D3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87"/>
      <w:gridCol w:w="7983"/>
    </w:tblGrid>
    <w:tr w:rsidR="003F59A4" w:rsidRPr="003D3C84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3F59A4" w:rsidRDefault="003F59A4">
          <w:pPr>
            <w:pStyle w:val="Footer"/>
            <w:jc w:val="right"/>
            <w:rPr>
              <w:b/>
              <w:bCs/>
              <w:color w:val="FFFFFF" w:themeColor="background1"/>
            </w:rPr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D0032E" w:rsidRPr="00D0032E">
            <w:rPr>
              <w:noProof/>
              <w:color w:val="FFFFFF" w:themeColor="background1"/>
            </w:rPr>
            <w:t>3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3F59A4" w:rsidRPr="003D3A36" w:rsidRDefault="003F59A4" w:rsidP="003D3C84">
          <w:pPr>
            <w:pStyle w:val="Footer"/>
          </w:pPr>
          <w:r>
            <w:fldChar w:fldCharType="begin"/>
          </w:r>
          <w:r w:rsidRPr="003D3A36">
            <w:instrText xml:space="preserve"> STYLEREF  "1"  </w:instrText>
          </w:r>
          <w:r w:rsidR="00D0032E">
            <w:fldChar w:fldCharType="separate"/>
          </w:r>
          <w:r w:rsidR="00D0032E">
            <w:t>Analyse des Besoins Client</w:t>
          </w:r>
          <w:r>
            <w:rPr>
              <w:noProof/>
            </w:rPr>
            <w:fldChar w:fldCharType="end"/>
          </w:r>
          <w:r w:rsidRPr="003D3A36">
            <w:t xml:space="preserve"> | </w:t>
          </w:r>
          <w:sdt>
            <w:sdtPr>
              <w:alias w:val="Company"/>
              <w:id w:val="75914618"/>
              <w:placeholder>
                <w:docPart w:val="6AD74F6E74D74DCB8BD83830C2D4B4D6"/>
              </w:placeholder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 w:rsidRPr="003D3A36">
                <w:t>MajOrWare IT Solutions | www.majorware.net</w:t>
              </w:r>
            </w:sdtContent>
          </w:sdt>
        </w:p>
      </w:tc>
    </w:tr>
  </w:tbl>
  <w:p w:rsidR="003F59A4" w:rsidRPr="003D3A36" w:rsidRDefault="003F59A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9A4" w:rsidRDefault="003F59A4" w:rsidP="003D3C84">
      <w:pPr>
        <w:spacing w:after="0" w:line="240" w:lineRule="auto"/>
      </w:pPr>
      <w:r>
        <w:separator/>
      </w:r>
    </w:p>
  </w:footnote>
  <w:footnote w:type="continuationSeparator" w:id="0">
    <w:p w:rsidR="003F59A4" w:rsidRDefault="003F59A4" w:rsidP="003D3C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0CC33B39"/>
    <w:multiLevelType w:val="hybridMultilevel"/>
    <w:tmpl w:val="6F5A438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DB5795"/>
    <w:multiLevelType w:val="hybridMultilevel"/>
    <w:tmpl w:val="797ADEE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6860E0"/>
    <w:multiLevelType w:val="hybridMultilevel"/>
    <w:tmpl w:val="24344546"/>
    <w:lvl w:ilvl="0" w:tplc="10B69A2C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9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documentProtection w:edit="forms" w:formatting="1" w:enforcement="1" w:cryptProviderType="rsaFull" w:cryptAlgorithmClass="hash" w:cryptAlgorithmType="typeAny" w:cryptAlgorithmSid="4" w:cryptSpinCount="100000" w:hash="NWlNH70pc1uTHj/rmVQTupQ0t9k=" w:salt="bdkWdJhL22DH+fYz+OUotg==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A700B"/>
    <w:rsid w:val="000F0BF9"/>
    <w:rsid w:val="0015074B"/>
    <w:rsid w:val="001559BC"/>
    <w:rsid w:val="001E629D"/>
    <w:rsid w:val="00236CAE"/>
    <w:rsid w:val="0029639D"/>
    <w:rsid w:val="002F7BB1"/>
    <w:rsid w:val="00326F90"/>
    <w:rsid w:val="003D3A36"/>
    <w:rsid w:val="003D3C84"/>
    <w:rsid w:val="003E0EDC"/>
    <w:rsid w:val="003F59A4"/>
    <w:rsid w:val="00494978"/>
    <w:rsid w:val="007050D6"/>
    <w:rsid w:val="00763CBC"/>
    <w:rsid w:val="009338D0"/>
    <w:rsid w:val="00AA1D8D"/>
    <w:rsid w:val="00B07DAF"/>
    <w:rsid w:val="00B3398D"/>
    <w:rsid w:val="00B47730"/>
    <w:rsid w:val="00B7492C"/>
    <w:rsid w:val="00BA71EE"/>
    <w:rsid w:val="00BC0EA8"/>
    <w:rsid w:val="00BD6CBB"/>
    <w:rsid w:val="00BE640D"/>
    <w:rsid w:val="00C216FB"/>
    <w:rsid w:val="00CA21A6"/>
    <w:rsid w:val="00CB0664"/>
    <w:rsid w:val="00D0032E"/>
    <w:rsid w:val="00D70440"/>
    <w:rsid w:val="00D72950"/>
    <w:rsid w:val="00DD5885"/>
    <w:rsid w:val="00E06370"/>
    <w:rsid w:val="00E50919"/>
    <w:rsid w:val="00F7066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36C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CAE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F0BF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36C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CAE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F0BF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control" Target="activeX/activeX4.xml"/><Relationship Id="rId26" Type="http://schemas.openxmlformats.org/officeDocument/2006/relationships/control" Target="activeX/activeX10.xml"/><Relationship Id="rId39" Type="http://schemas.openxmlformats.org/officeDocument/2006/relationships/control" Target="activeX/activeX17.xml"/><Relationship Id="rId21" Type="http://schemas.openxmlformats.org/officeDocument/2006/relationships/control" Target="activeX/activeX6.xml"/><Relationship Id="rId34" Type="http://schemas.openxmlformats.org/officeDocument/2006/relationships/image" Target="media/image11.wmf"/><Relationship Id="rId42" Type="http://schemas.openxmlformats.org/officeDocument/2006/relationships/image" Target="media/image15.wmf"/><Relationship Id="rId47" Type="http://schemas.openxmlformats.org/officeDocument/2006/relationships/control" Target="activeX/activeX21.xml"/><Relationship Id="rId50" Type="http://schemas.openxmlformats.org/officeDocument/2006/relationships/image" Target="media/image19.wmf"/><Relationship Id="rId55" Type="http://schemas.openxmlformats.org/officeDocument/2006/relationships/control" Target="activeX/activeX25.xml"/><Relationship Id="rId63" Type="http://schemas.openxmlformats.org/officeDocument/2006/relationships/theme" Target="theme/theme1.xml"/><Relationship Id="rId7" Type="http://schemas.openxmlformats.org/officeDocument/2006/relationships/webSettings" Target="webSettings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3.xml"/><Relationship Id="rId20" Type="http://schemas.openxmlformats.org/officeDocument/2006/relationships/image" Target="media/image6.wmf"/><Relationship Id="rId29" Type="http://schemas.openxmlformats.org/officeDocument/2006/relationships/control" Target="activeX/activeX12.xml"/><Relationship Id="rId41" Type="http://schemas.openxmlformats.org/officeDocument/2006/relationships/control" Target="activeX/activeX18.xml"/><Relationship Id="rId54" Type="http://schemas.openxmlformats.org/officeDocument/2006/relationships/image" Target="media/image21.wmf"/><Relationship Id="rId62" Type="http://schemas.openxmlformats.org/officeDocument/2006/relationships/glossaryDocument" Target="glossary/document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image" Target="media/image2.wmf"/><Relationship Id="rId24" Type="http://schemas.openxmlformats.org/officeDocument/2006/relationships/image" Target="media/image7.wmf"/><Relationship Id="rId32" Type="http://schemas.openxmlformats.org/officeDocument/2006/relationships/image" Target="media/image10.wmf"/><Relationship Id="rId37" Type="http://schemas.openxmlformats.org/officeDocument/2006/relationships/control" Target="activeX/activeX16.xml"/><Relationship Id="rId40" Type="http://schemas.openxmlformats.org/officeDocument/2006/relationships/image" Target="media/image14.wmf"/><Relationship Id="rId45" Type="http://schemas.openxmlformats.org/officeDocument/2006/relationships/control" Target="activeX/activeX20.xml"/><Relationship Id="rId53" Type="http://schemas.openxmlformats.org/officeDocument/2006/relationships/control" Target="activeX/activeX24.xml"/><Relationship Id="rId58" Type="http://schemas.openxmlformats.org/officeDocument/2006/relationships/image" Target="media/image23.wmf"/><Relationship Id="rId5" Type="http://schemas.microsoft.com/office/2007/relationships/stylesWithEffects" Target="stylesWithEffects.xml"/><Relationship Id="rId15" Type="http://schemas.openxmlformats.org/officeDocument/2006/relationships/image" Target="media/image4.wmf"/><Relationship Id="rId23" Type="http://schemas.openxmlformats.org/officeDocument/2006/relationships/control" Target="activeX/activeX8.xml"/><Relationship Id="rId28" Type="http://schemas.openxmlformats.org/officeDocument/2006/relationships/control" Target="activeX/activeX11.xml"/><Relationship Id="rId36" Type="http://schemas.openxmlformats.org/officeDocument/2006/relationships/image" Target="media/image12.wmf"/><Relationship Id="rId49" Type="http://schemas.openxmlformats.org/officeDocument/2006/relationships/control" Target="activeX/activeX22.xml"/><Relationship Id="rId57" Type="http://schemas.openxmlformats.org/officeDocument/2006/relationships/control" Target="activeX/activeX26.xml"/><Relationship Id="rId61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control" Target="activeX/activeX5.xml"/><Relationship Id="rId31" Type="http://schemas.openxmlformats.org/officeDocument/2006/relationships/control" Target="activeX/activeX13.xml"/><Relationship Id="rId44" Type="http://schemas.openxmlformats.org/officeDocument/2006/relationships/image" Target="media/image16.wmf"/><Relationship Id="rId52" Type="http://schemas.openxmlformats.org/officeDocument/2006/relationships/image" Target="media/image20.wmf"/><Relationship Id="rId6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control" Target="activeX/activeX2.xml"/><Relationship Id="rId22" Type="http://schemas.openxmlformats.org/officeDocument/2006/relationships/control" Target="activeX/activeX7.xml"/><Relationship Id="rId27" Type="http://schemas.openxmlformats.org/officeDocument/2006/relationships/image" Target="media/image8.wmf"/><Relationship Id="rId30" Type="http://schemas.openxmlformats.org/officeDocument/2006/relationships/image" Target="media/image9.wmf"/><Relationship Id="rId35" Type="http://schemas.openxmlformats.org/officeDocument/2006/relationships/control" Target="activeX/activeX15.xml"/><Relationship Id="rId43" Type="http://schemas.openxmlformats.org/officeDocument/2006/relationships/control" Target="activeX/activeX19.xml"/><Relationship Id="rId48" Type="http://schemas.openxmlformats.org/officeDocument/2006/relationships/image" Target="media/image18.wmf"/><Relationship Id="rId56" Type="http://schemas.openxmlformats.org/officeDocument/2006/relationships/image" Target="media/image22.wmf"/><Relationship Id="rId8" Type="http://schemas.openxmlformats.org/officeDocument/2006/relationships/footnotes" Target="footnotes.xml"/><Relationship Id="rId51" Type="http://schemas.openxmlformats.org/officeDocument/2006/relationships/control" Target="activeX/activeX23.xml"/><Relationship Id="rId3" Type="http://schemas.openxmlformats.org/officeDocument/2006/relationships/numbering" Target="numbering.xml"/><Relationship Id="rId12" Type="http://schemas.openxmlformats.org/officeDocument/2006/relationships/control" Target="activeX/activeX1.xml"/><Relationship Id="rId17" Type="http://schemas.openxmlformats.org/officeDocument/2006/relationships/image" Target="media/image5.wmf"/><Relationship Id="rId25" Type="http://schemas.openxmlformats.org/officeDocument/2006/relationships/control" Target="activeX/activeX9.xml"/><Relationship Id="rId33" Type="http://schemas.openxmlformats.org/officeDocument/2006/relationships/control" Target="activeX/activeX14.xml"/><Relationship Id="rId38" Type="http://schemas.openxmlformats.org/officeDocument/2006/relationships/image" Target="media/image13.wmf"/><Relationship Id="rId46" Type="http://schemas.openxmlformats.org/officeDocument/2006/relationships/image" Target="media/image17.wmf"/><Relationship Id="rId59" Type="http://schemas.openxmlformats.org/officeDocument/2006/relationships/control" Target="activeX/activeX27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AD74F6E74D74DCB8BD83830C2D4B4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C8FBE1-18BC-4EA4-BEC6-3682FF50DF5F}"/>
      </w:docPartPr>
      <w:docPartBody>
        <w:p w:rsidR="007313A0" w:rsidRDefault="007313A0" w:rsidP="007313A0">
          <w:pPr>
            <w:pStyle w:val="6AD74F6E74D74DCB8BD83830C2D4B4D6"/>
          </w:pPr>
          <w:r>
            <w:t>[Type the company name]</w:t>
          </w:r>
        </w:p>
      </w:docPartBody>
    </w:docPart>
    <w:docPart>
      <w:docPartPr>
        <w:name w:val="A419484898094B318A4E21A75BF04C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BE37D9-10B1-43E8-BE73-33534A99CD43}"/>
      </w:docPartPr>
      <w:docPartBody>
        <w:p w:rsidR="007313A0" w:rsidRDefault="00FD6EA4" w:rsidP="00FD6EA4">
          <w:pPr>
            <w:pStyle w:val="A419484898094B318A4E21A75BF04C6F15"/>
          </w:pPr>
          <w:r w:rsidRPr="001E629D">
            <w:rPr>
              <w:rStyle w:val="PlaceholderText"/>
              <w:lang w:val="fr-FR"/>
            </w:rPr>
            <w:t>Entre rune date limite ici (dd/MM/yyyy).</w:t>
          </w:r>
        </w:p>
      </w:docPartBody>
    </w:docPart>
    <w:docPart>
      <w:docPartPr>
        <w:name w:val="B9B2114668634755A6E627797A5FF7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0890D7-A440-48E6-9442-53CCD099BF16}"/>
      </w:docPartPr>
      <w:docPartBody>
        <w:p w:rsidR="007313A0" w:rsidRDefault="00FD6EA4" w:rsidP="00FD6EA4">
          <w:pPr>
            <w:pStyle w:val="B9B2114668634755A6E627797A5FF77C13"/>
          </w:pPr>
          <w:r w:rsidRPr="001E629D">
            <w:rPr>
              <w:rStyle w:val="PlaceholderText"/>
              <w:lang w:val="fr-FR"/>
            </w:rPr>
            <w:t>Choisit la devise.</w:t>
          </w:r>
        </w:p>
      </w:docPartBody>
    </w:docPart>
    <w:docPart>
      <w:docPartPr>
        <w:name w:val="9A75A2855CC04572AEF90817A51932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9C9B23-8A20-4E96-916C-50F5D39AD6A0}"/>
      </w:docPartPr>
      <w:docPartBody>
        <w:p w:rsidR="007313A0" w:rsidRDefault="00FD6EA4" w:rsidP="00FD6EA4">
          <w:pPr>
            <w:pStyle w:val="9A75A2855CC04572AEF90817A519322413"/>
          </w:pPr>
          <w:r>
            <w:rPr>
              <w:rStyle w:val="PlaceholderText"/>
              <w:lang w:val="fr-FR"/>
            </w:rPr>
            <w:t>Montant du budget</w:t>
          </w:r>
          <w:r w:rsidRPr="001E629D">
            <w:rPr>
              <w:rStyle w:val="PlaceholderText"/>
              <w:lang w:val="fr-FR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3A0"/>
    <w:rsid w:val="007313A0"/>
    <w:rsid w:val="00FD6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AD74F6E74D74DCB8BD83830C2D4B4D6">
    <w:name w:val="6AD74F6E74D74DCB8BD83830C2D4B4D6"/>
    <w:rsid w:val="007313A0"/>
  </w:style>
  <w:style w:type="character" w:styleId="PlaceholderText">
    <w:name w:val="Placeholder Text"/>
    <w:basedOn w:val="DefaultParagraphFont"/>
    <w:uiPriority w:val="99"/>
    <w:semiHidden/>
    <w:rsid w:val="00FD6EA4"/>
    <w:rPr>
      <w:color w:val="808080"/>
    </w:rPr>
  </w:style>
  <w:style w:type="paragraph" w:customStyle="1" w:styleId="5549AB2F6FAD4AE69D40B5316EA4DB7D">
    <w:name w:val="5549AB2F6FAD4AE69D40B5316EA4DB7D"/>
    <w:rsid w:val="007313A0"/>
  </w:style>
  <w:style w:type="paragraph" w:customStyle="1" w:styleId="ED5BCADEAF744E8DB9E9AFDC90C76001">
    <w:name w:val="ED5BCADEAF744E8DB9E9AFDC90C76001"/>
    <w:rsid w:val="007313A0"/>
  </w:style>
  <w:style w:type="paragraph" w:customStyle="1" w:styleId="CA6B4582255342C398D43787FD79F294">
    <w:name w:val="CA6B4582255342C398D43787FD79F294"/>
    <w:rsid w:val="007313A0"/>
  </w:style>
  <w:style w:type="paragraph" w:customStyle="1" w:styleId="73B6415F8E3A4628BB73F43B3874FCD5">
    <w:name w:val="73B6415F8E3A4628BB73F43B3874FCD5"/>
    <w:rsid w:val="007313A0"/>
  </w:style>
  <w:style w:type="paragraph" w:customStyle="1" w:styleId="A419484898094B318A4E21A75BF04C6F">
    <w:name w:val="A419484898094B318A4E21A75BF04C6F"/>
    <w:rsid w:val="007313A0"/>
    <w:rPr>
      <w:lang w:val="en-US" w:eastAsia="en-US"/>
    </w:rPr>
  </w:style>
  <w:style w:type="paragraph" w:customStyle="1" w:styleId="44AA63C0130D4E7A964ABD62431D8B54">
    <w:name w:val="44AA63C0130D4E7A964ABD62431D8B54"/>
    <w:rsid w:val="007313A0"/>
    <w:rPr>
      <w:lang w:val="en-US" w:eastAsia="en-US"/>
    </w:rPr>
  </w:style>
  <w:style w:type="paragraph" w:customStyle="1" w:styleId="3B8BF935DB5A4D3EBC9E34D5DAB975B3">
    <w:name w:val="3B8BF935DB5A4D3EBC9E34D5DAB975B3"/>
    <w:rsid w:val="007313A0"/>
    <w:rPr>
      <w:lang w:val="en-US" w:eastAsia="en-US"/>
    </w:rPr>
  </w:style>
  <w:style w:type="paragraph" w:customStyle="1" w:styleId="73B6415F8E3A4628BB73F43B3874FCD51">
    <w:name w:val="73B6415F8E3A4628BB73F43B3874FCD51"/>
    <w:rsid w:val="007313A0"/>
    <w:rPr>
      <w:lang w:val="en-US" w:eastAsia="en-US"/>
    </w:rPr>
  </w:style>
  <w:style w:type="paragraph" w:customStyle="1" w:styleId="A419484898094B318A4E21A75BF04C6F1">
    <w:name w:val="A419484898094B318A4E21A75BF04C6F1"/>
    <w:rsid w:val="007313A0"/>
    <w:rPr>
      <w:lang w:val="en-US" w:eastAsia="en-US"/>
    </w:rPr>
  </w:style>
  <w:style w:type="paragraph" w:customStyle="1" w:styleId="44AA63C0130D4E7A964ABD62431D8B541">
    <w:name w:val="44AA63C0130D4E7A964ABD62431D8B541"/>
    <w:rsid w:val="007313A0"/>
    <w:rPr>
      <w:lang w:val="en-US" w:eastAsia="en-US"/>
    </w:rPr>
  </w:style>
  <w:style w:type="paragraph" w:customStyle="1" w:styleId="3B8BF935DB5A4D3EBC9E34D5DAB975B31">
    <w:name w:val="3B8BF935DB5A4D3EBC9E34D5DAB975B31"/>
    <w:rsid w:val="007313A0"/>
    <w:rPr>
      <w:lang w:val="en-US" w:eastAsia="en-US"/>
    </w:rPr>
  </w:style>
  <w:style w:type="paragraph" w:customStyle="1" w:styleId="73B6415F8E3A4628BB73F43B3874FCD52">
    <w:name w:val="73B6415F8E3A4628BB73F43B3874FCD52"/>
    <w:rsid w:val="007313A0"/>
    <w:rPr>
      <w:lang w:val="en-US" w:eastAsia="en-US"/>
    </w:rPr>
  </w:style>
  <w:style w:type="paragraph" w:customStyle="1" w:styleId="F15815AF772C42659D700A1D869B92C4">
    <w:name w:val="F15815AF772C42659D700A1D869B92C4"/>
    <w:rsid w:val="007313A0"/>
  </w:style>
  <w:style w:type="paragraph" w:customStyle="1" w:styleId="4375073CF8604D18AF2B59ED6C53C33E">
    <w:name w:val="4375073CF8604D18AF2B59ED6C53C33E"/>
    <w:rsid w:val="007313A0"/>
  </w:style>
  <w:style w:type="paragraph" w:customStyle="1" w:styleId="B9B2114668634755A6E627797A5FF77C">
    <w:name w:val="B9B2114668634755A6E627797A5FF77C"/>
    <w:rsid w:val="007313A0"/>
  </w:style>
  <w:style w:type="paragraph" w:customStyle="1" w:styleId="C915A3EA0A934EDD82479E095EE21DE3">
    <w:name w:val="C915A3EA0A934EDD82479E095EE21DE3"/>
    <w:rsid w:val="007313A0"/>
  </w:style>
  <w:style w:type="paragraph" w:customStyle="1" w:styleId="9A75A2855CC04572AEF90817A5193224">
    <w:name w:val="9A75A2855CC04572AEF90817A5193224"/>
    <w:rsid w:val="007313A0"/>
  </w:style>
  <w:style w:type="paragraph" w:customStyle="1" w:styleId="A419484898094B318A4E21A75BF04C6F2">
    <w:name w:val="A419484898094B318A4E21A75BF04C6F2"/>
    <w:rsid w:val="00FD6EA4"/>
    <w:rPr>
      <w:lang w:val="en-US" w:eastAsia="en-US"/>
    </w:rPr>
  </w:style>
  <w:style w:type="paragraph" w:customStyle="1" w:styleId="B9B2114668634755A6E627797A5FF77C1">
    <w:name w:val="B9B2114668634755A6E627797A5FF77C1"/>
    <w:rsid w:val="00FD6EA4"/>
    <w:rPr>
      <w:lang w:val="en-US" w:eastAsia="en-US"/>
    </w:rPr>
  </w:style>
  <w:style w:type="paragraph" w:customStyle="1" w:styleId="9A75A2855CC04572AEF90817A51932241">
    <w:name w:val="9A75A2855CC04572AEF90817A51932241"/>
    <w:rsid w:val="00FD6EA4"/>
    <w:rPr>
      <w:lang w:val="en-US" w:eastAsia="en-US"/>
    </w:rPr>
  </w:style>
  <w:style w:type="paragraph" w:customStyle="1" w:styleId="A419484898094B318A4E21A75BF04C6F3">
    <w:name w:val="A419484898094B318A4E21A75BF04C6F3"/>
    <w:rsid w:val="00FD6EA4"/>
    <w:rPr>
      <w:lang w:val="en-US" w:eastAsia="en-US"/>
    </w:rPr>
  </w:style>
  <w:style w:type="paragraph" w:customStyle="1" w:styleId="B9B2114668634755A6E627797A5FF77C2">
    <w:name w:val="B9B2114668634755A6E627797A5FF77C2"/>
    <w:rsid w:val="00FD6EA4"/>
    <w:rPr>
      <w:lang w:val="en-US" w:eastAsia="en-US"/>
    </w:rPr>
  </w:style>
  <w:style w:type="paragraph" w:customStyle="1" w:styleId="9A75A2855CC04572AEF90817A51932242">
    <w:name w:val="9A75A2855CC04572AEF90817A51932242"/>
    <w:rsid w:val="00FD6EA4"/>
    <w:rPr>
      <w:lang w:val="en-US" w:eastAsia="en-US"/>
    </w:rPr>
  </w:style>
  <w:style w:type="paragraph" w:customStyle="1" w:styleId="A419484898094B318A4E21A75BF04C6F4">
    <w:name w:val="A419484898094B318A4E21A75BF04C6F4"/>
    <w:rsid w:val="00FD6EA4"/>
    <w:rPr>
      <w:lang w:val="en-US" w:eastAsia="en-US"/>
    </w:rPr>
  </w:style>
  <w:style w:type="paragraph" w:customStyle="1" w:styleId="B9B2114668634755A6E627797A5FF77C3">
    <w:name w:val="B9B2114668634755A6E627797A5FF77C3"/>
    <w:rsid w:val="00FD6EA4"/>
    <w:rPr>
      <w:lang w:val="en-US" w:eastAsia="en-US"/>
    </w:rPr>
  </w:style>
  <w:style w:type="paragraph" w:customStyle="1" w:styleId="9A75A2855CC04572AEF90817A51932243">
    <w:name w:val="9A75A2855CC04572AEF90817A51932243"/>
    <w:rsid w:val="00FD6EA4"/>
    <w:rPr>
      <w:lang w:val="en-US" w:eastAsia="en-US"/>
    </w:rPr>
  </w:style>
  <w:style w:type="paragraph" w:customStyle="1" w:styleId="56F0B5F7E88343BC802D4D527005CA4A">
    <w:name w:val="56F0B5F7E88343BC802D4D527005CA4A"/>
    <w:rsid w:val="00FD6EA4"/>
  </w:style>
  <w:style w:type="paragraph" w:customStyle="1" w:styleId="A419484898094B318A4E21A75BF04C6F5">
    <w:name w:val="A419484898094B318A4E21A75BF04C6F5"/>
    <w:rsid w:val="00FD6EA4"/>
    <w:rPr>
      <w:lang w:val="en-US" w:eastAsia="en-US"/>
    </w:rPr>
  </w:style>
  <w:style w:type="paragraph" w:customStyle="1" w:styleId="26C990C75B194477A2BCB160142A53B0">
    <w:name w:val="26C990C75B194477A2BCB160142A53B0"/>
    <w:rsid w:val="00FD6EA4"/>
  </w:style>
  <w:style w:type="paragraph" w:customStyle="1" w:styleId="A419484898094B318A4E21A75BF04C6F6">
    <w:name w:val="A419484898094B318A4E21A75BF04C6F6"/>
    <w:rsid w:val="00FD6EA4"/>
    <w:rPr>
      <w:lang w:val="en-US" w:eastAsia="en-US"/>
    </w:rPr>
  </w:style>
  <w:style w:type="paragraph" w:customStyle="1" w:styleId="B9B2114668634755A6E627797A5FF77C4">
    <w:name w:val="B9B2114668634755A6E627797A5FF77C4"/>
    <w:rsid w:val="00FD6EA4"/>
    <w:rPr>
      <w:lang w:val="en-US" w:eastAsia="en-US"/>
    </w:rPr>
  </w:style>
  <w:style w:type="paragraph" w:customStyle="1" w:styleId="9A75A2855CC04572AEF90817A51932244">
    <w:name w:val="9A75A2855CC04572AEF90817A51932244"/>
    <w:rsid w:val="00FD6EA4"/>
    <w:rPr>
      <w:lang w:val="en-US" w:eastAsia="en-US"/>
    </w:rPr>
  </w:style>
  <w:style w:type="paragraph" w:customStyle="1" w:styleId="A419484898094B318A4E21A75BF04C6F7">
    <w:name w:val="A419484898094B318A4E21A75BF04C6F7"/>
    <w:rsid w:val="00FD6EA4"/>
    <w:rPr>
      <w:lang w:val="en-US" w:eastAsia="en-US"/>
    </w:rPr>
  </w:style>
  <w:style w:type="paragraph" w:customStyle="1" w:styleId="B9B2114668634755A6E627797A5FF77C5">
    <w:name w:val="B9B2114668634755A6E627797A5FF77C5"/>
    <w:rsid w:val="00FD6EA4"/>
    <w:rPr>
      <w:lang w:val="en-US" w:eastAsia="en-US"/>
    </w:rPr>
  </w:style>
  <w:style w:type="paragraph" w:customStyle="1" w:styleId="9A75A2855CC04572AEF90817A51932245">
    <w:name w:val="9A75A2855CC04572AEF90817A51932245"/>
    <w:rsid w:val="00FD6EA4"/>
    <w:rPr>
      <w:lang w:val="en-US" w:eastAsia="en-US"/>
    </w:rPr>
  </w:style>
  <w:style w:type="paragraph" w:customStyle="1" w:styleId="A419484898094B318A4E21A75BF04C6F8">
    <w:name w:val="A419484898094B318A4E21A75BF04C6F8"/>
    <w:rsid w:val="00FD6EA4"/>
    <w:rPr>
      <w:lang w:val="en-US" w:eastAsia="en-US"/>
    </w:rPr>
  </w:style>
  <w:style w:type="paragraph" w:customStyle="1" w:styleId="B9B2114668634755A6E627797A5FF77C6">
    <w:name w:val="B9B2114668634755A6E627797A5FF77C6"/>
    <w:rsid w:val="00FD6EA4"/>
    <w:rPr>
      <w:lang w:val="en-US" w:eastAsia="en-US"/>
    </w:rPr>
  </w:style>
  <w:style w:type="paragraph" w:customStyle="1" w:styleId="9A75A2855CC04572AEF90817A51932246">
    <w:name w:val="9A75A2855CC04572AEF90817A51932246"/>
    <w:rsid w:val="00FD6EA4"/>
    <w:rPr>
      <w:lang w:val="en-US" w:eastAsia="en-US"/>
    </w:rPr>
  </w:style>
  <w:style w:type="paragraph" w:customStyle="1" w:styleId="A419484898094B318A4E21A75BF04C6F9">
    <w:name w:val="A419484898094B318A4E21A75BF04C6F9"/>
    <w:rsid w:val="00FD6EA4"/>
    <w:rPr>
      <w:lang w:val="en-US" w:eastAsia="en-US"/>
    </w:rPr>
  </w:style>
  <w:style w:type="paragraph" w:customStyle="1" w:styleId="B9B2114668634755A6E627797A5FF77C7">
    <w:name w:val="B9B2114668634755A6E627797A5FF77C7"/>
    <w:rsid w:val="00FD6EA4"/>
    <w:rPr>
      <w:lang w:val="en-US" w:eastAsia="en-US"/>
    </w:rPr>
  </w:style>
  <w:style w:type="paragraph" w:customStyle="1" w:styleId="9A75A2855CC04572AEF90817A51932247">
    <w:name w:val="9A75A2855CC04572AEF90817A51932247"/>
    <w:rsid w:val="00FD6EA4"/>
    <w:rPr>
      <w:lang w:val="en-US" w:eastAsia="en-US"/>
    </w:rPr>
  </w:style>
  <w:style w:type="paragraph" w:customStyle="1" w:styleId="A419484898094B318A4E21A75BF04C6F10">
    <w:name w:val="A419484898094B318A4E21A75BF04C6F10"/>
    <w:rsid w:val="00FD6EA4"/>
    <w:rPr>
      <w:lang w:val="en-US" w:eastAsia="en-US"/>
    </w:rPr>
  </w:style>
  <w:style w:type="paragraph" w:customStyle="1" w:styleId="B9B2114668634755A6E627797A5FF77C8">
    <w:name w:val="B9B2114668634755A6E627797A5FF77C8"/>
    <w:rsid w:val="00FD6EA4"/>
    <w:rPr>
      <w:lang w:val="en-US" w:eastAsia="en-US"/>
    </w:rPr>
  </w:style>
  <w:style w:type="paragraph" w:customStyle="1" w:styleId="9A75A2855CC04572AEF90817A51932248">
    <w:name w:val="9A75A2855CC04572AEF90817A51932248"/>
    <w:rsid w:val="00FD6EA4"/>
    <w:rPr>
      <w:lang w:val="en-US" w:eastAsia="en-US"/>
    </w:rPr>
  </w:style>
  <w:style w:type="paragraph" w:customStyle="1" w:styleId="A419484898094B318A4E21A75BF04C6F11">
    <w:name w:val="A419484898094B318A4E21A75BF04C6F11"/>
    <w:rsid w:val="00FD6EA4"/>
    <w:rPr>
      <w:lang w:val="en-US" w:eastAsia="en-US"/>
    </w:rPr>
  </w:style>
  <w:style w:type="paragraph" w:customStyle="1" w:styleId="B9B2114668634755A6E627797A5FF77C9">
    <w:name w:val="B9B2114668634755A6E627797A5FF77C9"/>
    <w:rsid w:val="00FD6EA4"/>
    <w:rPr>
      <w:lang w:val="en-US" w:eastAsia="en-US"/>
    </w:rPr>
  </w:style>
  <w:style w:type="paragraph" w:customStyle="1" w:styleId="9A75A2855CC04572AEF90817A51932249">
    <w:name w:val="9A75A2855CC04572AEF90817A51932249"/>
    <w:rsid w:val="00FD6EA4"/>
    <w:rPr>
      <w:lang w:val="en-US" w:eastAsia="en-US"/>
    </w:rPr>
  </w:style>
  <w:style w:type="paragraph" w:customStyle="1" w:styleId="A419484898094B318A4E21A75BF04C6F12">
    <w:name w:val="A419484898094B318A4E21A75BF04C6F12"/>
    <w:rsid w:val="00FD6EA4"/>
    <w:rPr>
      <w:lang w:val="en-US" w:eastAsia="en-US"/>
    </w:rPr>
  </w:style>
  <w:style w:type="paragraph" w:customStyle="1" w:styleId="B9B2114668634755A6E627797A5FF77C10">
    <w:name w:val="B9B2114668634755A6E627797A5FF77C10"/>
    <w:rsid w:val="00FD6EA4"/>
    <w:rPr>
      <w:lang w:val="en-US" w:eastAsia="en-US"/>
    </w:rPr>
  </w:style>
  <w:style w:type="paragraph" w:customStyle="1" w:styleId="9A75A2855CC04572AEF90817A519322410">
    <w:name w:val="9A75A2855CC04572AEF90817A519322410"/>
    <w:rsid w:val="00FD6EA4"/>
    <w:rPr>
      <w:lang w:val="en-US" w:eastAsia="en-US"/>
    </w:rPr>
  </w:style>
  <w:style w:type="paragraph" w:customStyle="1" w:styleId="A419484898094B318A4E21A75BF04C6F13">
    <w:name w:val="A419484898094B318A4E21A75BF04C6F13"/>
    <w:rsid w:val="00FD6EA4"/>
    <w:rPr>
      <w:lang w:val="en-US" w:eastAsia="en-US"/>
    </w:rPr>
  </w:style>
  <w:style w:type="paragraph" w:customStyle="1" w:styleId="B9B2114668634755A6E627797A5FF77C11">
    <w:name w:val="B9B2114668634755A6E627797A5FF77C11"/>
    <w:rsid w:val="00FD6EA4"/>
    <w:rPr>
      <w:lang w:val="en-US" w:eastAsia="en-US"/>
    </w:rPr>
  </w:style>
  <w:style w:type="paragraph" w:customStyle="1" w:styleId="9A75A2855CC04572AEF90817A519322411">
    <w:name w:val="9A75A2855CC04572AEF90817A519322411"/>
    <w:rsid w:val="00FD6EA4"/>
    <w:rPr>
      <w:lang w:val="en-US" w:eastAsia="en-US"/>
    </w:rPr>
  </w:style>
  <w:style w:type="paragraph" w:customStyle="1" w:styleId="A419484898094B318A4E21A75BF04C6F14">
    <w:name w:val="A419484898094B318A4E21A75BF04C6F14"/>
    <w:rsid w:val="00FD6EA4"/>
    <w:rPr>
      <w:lang w:val="en-US" w:eastAsia="en-US"/>
    </w:rPr>
  </w:style>
  <w:style w:type="paragraph" w:customStyle="1" w:styleId="B9B2114668634755A6E627797A5FF77C12">
    <w:name w:val="B9B2114668634755A6E627797A5FF77C12"/>
    <w:rsid w:val="00FD6EA4"/>
    <w:rPr>
      <w:lang w:val="en-US" w:eastAsia="en-US"/>
    </w:rPr>
  </w:style>
  <w:style w:type="paragraph" w:customStyle="1" w:styleId="9A75A2855CC04572AEF90817A519322412">
    <w:name w:val="9A75A2855CC04572AEF90817A519322412"/>
    <w:rsid w:val="00FD6EA4"/>
    <w:rPr>
      <w:lang w:val="en-US" w:eastAsia="en-US"/>
    </w:rPr>
  </w:style>
  <w:style w:type="paragraph" w:customStyle="1" w:styleId="A419484898094B318A4E21A75BF04C6F15">
    <w:name w:val="A419484898094B318A4E21A75BF04C6F15"/>
    <w:rsid w:val="00FD6EA4"/>
    <w:rPr>
      <w:lang w:val="en-US" w:eastAsia="en-US"/>
    </w:rPr>
  </w:style>
  <w:style w:type="paragraph" w:customStyle="1" w:styleId="B9B2114668634755A6E627797A5FF77C13">
    <w:name w:val="B9B2114668634755A6E627797A5FF77C13"/>
    <w:rsid w:val="00FD6EA4"/>
    <w:rPr>
      <w:lang w:val="en-US" w:eastAsia="en-US"/>
    </w:rPr>
  </w:style>
  <w:style w:type="paragraph" w:customStyle="1" w:styleId="9A75A2855CC04572AEF90817A519322413">
    <w:name w:val="9A75A2855CC04572AEF90817A519322413"/>
    <w:rsid w:val="00FD6EA4"/>
    <w:rPr>
      <w:lang w:val="en-US"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AD74F6E74D74DCB8BD83830C2D4B4D6">
    <w:name w:val="6AD74F6E74D74DCB8BD83830C2D4B4D6"/>
    <w:rsid w:val="007313A0"/>
  </w:style>
  <w:style w:type="character" w:styleId="PlaceholderText">
    <w:name w:val="Placeholder Text"/>
    <w:basedOn w:val="DefaultParagraphFont"/>
    <w:uiPriority w:val="99"/>
    <w:semiHidden/>
    <w:rsid w:val="00FD6EA4"/>
    <w:rPr>
      <w:color w:val="808080"/>
    </w:rPr>
  </w:style>
  <w:style w:type="paragraph" w:customStyle="1" w:styleId="5549AB2F6FAD4AE69D40B5316EA4DB7D">
    <w:name w:val="5549AB2F6FAD4AE69D40B5316EA4DB7D"/>
    <w:rsid w:val="007313A0"/>
  </w:style>
  <w:style w:type="paragraph" w:customStyle="1" w:styleId="ED5BCADEAF744E8DB9E9AFDC90C76001">
    <w:name w:val="ED5BCADEAF744E8DB9E9AFDC90C76001"/>
    <w:rsid w:val="007313A0"/>
  </w:style>
  <w:style w:type="paragraph" w:customStyle="1" w:styleId="CA6B4582255342C398D43787FD79F294">
    <w:name w:val="CA6B4582255342C398D43787FD79F294"/>
    <w:rsid w:val="007313A0"/>
  </w:style>
  <w:style w:type="paragraph" w:customStyle="1" w:styleId="73B6415F8E3A4628BB73F43B3874FCD5">
    <w:name w:val="73B6415F8E3A4628BB73F43B3874FCD5"/>
    <w:rsid w:val="007313A0"/>
  </w:style>
  <w:style w:type="paragraph" w:customStyle="1" w:styleId="A419484898094B318A4E21A75BF04C6F">
    <w:name w:val="A419484898094B318A4E21A75BF04C6F"/>
    <w:rsid w:val="007313A0"/>
    <w:rPr>
      <w:lang w:val="en-US" w:eastAsia="en-US"/>
    </w:rPr>
  </w:style>
  <w:style w:type="paragraph" w:customStyle="1" w:styleId="44AA63C0130D4E7A964ABD62431D8B54">
    <w:name w:val="44AA63C0130D4E7A964ABD62431D8B54"/>
    <w:rsid w:val="007313A0"/>
    <w:rPr>
      <w:lang w:val="en-US" w:eastAsia="en-US"/>
    </w:rPr>
  </w:style>
  <w:style w:type="paragraph" w:customStyle="1" w:styleId="3B8BF935DB5A4D3EBC9E34D5DAB975B3">
    <w:name w:val="3B8BF935DB5A4D3EBC9E34D5DAB975B3"/>
    <w:rsid w:val="007313A0"/>
    <w:rPr>
      <w:lang w:val="en-US" w:eastAsia="en-US"/>
    </w:rPr>
  </w:style>
  <w:style w:type="paragraph" w:customStyle="1" w:styleId="73B6415F8E3A4628BB73F43B3874FCD51">
    <w:name w:val="73B6415F8E3A4628BB73F43B3874FCD51"/>
    <w:rsid w:val="007313A0"/>
    <w:rPr>
      <w:lang w:val="en-US" w:eastAsia="en-US"/>
    </w:rPr>
  </w:style>
  <w:style w:type="paragraph" w:customStyle="1" w:styleId="A419484898094B318A4E21A75BF04C6F1">
    <w:name w:val="A419484898094B318A4E21A75BF04C6F1"/>
    <w:rsid w:val="007313A0"/>
    <w:rPr>
      <w:lang w:val="en-US" w:eastAsia="en-US"/>
    </w:rPr>
  </w:style>
  <w:style w:type="paragraph" w:customStyle="1" w:styleId="44AA63C0130D4E7A964ABD62431D8B541">
    <w:name w:val="44AA63C0130D4E7A964ABD62431D8B541"/>
    <w:rsid w:val="007313A0"/>
    <w:rPr>
      <w:lang w:val="en-US" w:eastAsia="en-US"/>
    </w:rPr>
  </w:style>
  <w:style w:type="paragraph" w:customStyle="1" w:styleId="3B8BF935DB5A4D3EBC9E34D5DAB975B31">
    <w:name w:val="3B8BF935DB5A4D3EBC9E34D5DAB975B31"/>
    <w:rsid w:val="007313A0"/>
    <w:rPr>
      <w:lang w:val="en-US" w:eastAsia="en-US"/>
    </w:rPr>
  </w:style>
  <w:style w:type="paragraph" w:customStyle="1" w:styleId="73B6415F8E3A4628BB73F43B3874FCD52">
    <w:name w:val="73B6415F8E3A4628BB73F43B3874FCD52"/>
    <w:rsid w:val="007313A0"/>
    <w:rPr>
      <w:lang w:val="en-US" w:eastAsia="en-US"/>
    </w:rPr>
  </w:style>
  <w:style w:type="paragraph" w:customStyle="1" w:styleId="F15815AF772C42659D700A1D869B92C4">
    <w:name w:val="F15815AF772C42659D700A1D869B92C4"/>
    <w:rsid w:val="007313A0"/>
  </w:style>
  <w:style w:type="paragraph" w:customStyle="1" w:styleId="4375073CF8604D18AF2B59ED6C53C33E">
    <w:name w:val="4375073CF8604D18AF2B59ED6C53C33E"/>
    <w:rsid w:val="007313A0"/>
  </w:style>
  <w:style w:type="paragraph" w:customStyle="1" w:styleId="B9B2114668634755A6E627797A5FF77C">
    <w:name w:val="B9B2114668634755A6E627797A5FF77C"/>
    <w:rsid w:val="007313A0"/>
  </w:style>
  <w:style w:type="paragraph" w:customStyle="1" w:styleId="C915A3EA0A934EDD82479E095EE21DE3">
    <w:name w:val="C915A3EA0A934EDD82479E095EE21DE3"/>
    <w:rsid w:val="007313A0"/>
  </w:style>
  <w:style w:type="paragraph" w:customStyle="1" w:styleId="9A75A2855CC04572AEF90817A5193224">
    <w:name w:val="9A75A2855CC04572AEF90817A5193224"/>
    <w:rsid w:val="007313A0"/>
  </w:style>
  <w:style w:type="paragraph" w:customStyle="1" w:styleId="A419484898094B318A4E21A75BF04C6F2">
    <w:name w:val="A419484898094B318A4E21A75BF04C6F2"/>
    <w:rsid w:val="00FD6EA4"/>
    <w:rPr>
      <w:lang w:val="en-US" w:eastAsia="en-US"/>
    </w:rPr>
  </w:style>
  <w:style w:type="paragraph" w:customStyle="1" w:styleId="B9B2114668634755A6E627797A5FF77C1">
    <w:name w:val="B9B2114668634755A6E627797A5FF77C1"/>
    <w:rsid w:val="00FD6EA4"/>
    <w:rPr>
      <w:lang w:val="en-US" w:eastAsia="en-US"/>
    </w:rPr>
  </w:style>
  <w:style w:type="paragraph" w:customStyle="1" w:styleId="9A75A2855CC04572AEF90817A51932241">
    <w:name w:val="9A75A2855CC04572AEF90817A51932241"/>
    <w:rsid w:val="00FD6EA4"/>
    <w:rPr>
      <w:lang w:val="en-US" w:eastAsia="en-US"/>
    </w:rPr>
  </w:style>
  <w:style w:type="paragraph" w:customStyle="1" w:styleId="A419484898094B318A4E21A75BF04C6F3">
    <w:name w:val="A419484898094B318A4E21A75BF04C6F3"/>
    <w:rsid w:val="00FD6EA4"/>
    <w:rPr>
      <w:lang w:val="en-US" w:eastAsia="en-US"/>
    </w:rPr>
  </w:style>
  <w:style w:type="paragraph" w:customStyle="1" w:styleId="B9B2114668634755A6E627797A5FF77C2">
    <w:name w:val="B9B2114668634755A6E627797A5FF77C2"/>
    <w:rsid w:val="00FD6EA4"/>
    <w:rPr>
      <w:lang w:val="en-US" w:eastAsia="en-US"/>
    </w:rPr>
  </w:style>
  <w:style w:type="paragraph" w:customStyle="1" w:styleId="9A75A2855CC04572AEF90817A51932242">
    <w:name w:val="9A75A2855CC04572AEF90817A51932242"/>
    <w:rsid w:val="00FD6EA4"/>
    <w:rPr>
      <w:lang w:val="en-US" w:eastAsia="en-US"/>
    </w:rPr>
  </w:style>
  <w:style w:type="paragraph" w:customStyle="1" w:styleId="A419484898094B318A4E21A75BF04C6F4">
    <w:name w:val="A419484898094B318A4E21A75BF04C6F4"/>
    <w:rsid w:val="00FD6EA4"/>
    <w:rPr>
      <w:lang w:val="en-US" w:eastAsia="en-US"/>
    </w:rPr>
  </w:style>
  <w:style w:type="paragraph" w:customStyle="1" w:styleId="B9B2114668634755A6E627797A5FF77C3">
    <w:name w:val="B9B2114668634755A6E627797A5FF77C3"/>
    <w:rsid w:val="00FD6EA4"/>
    <w:rPr>
      <w:lang w:val="en-US" w:eastAsia="en-US"/>
    </w:rPr>
  </w:style>
  <w:style w:type="paragraph" w:customStyle="1" w:styleId="9A75A2855CC04572AEF90817A51932243">
    <w:name w:val="9A75A2855CC04572AEF90817A51932243"/>
    <w:rsid w:val="00FD6EA4"/>
    <w:rPr>
      <w:lang w:val="en-US" w:eastAsia="en-US"/>
    </w:rPr>
  </w:style>
  <w:style w:type="paragraph" w:customStyle="1" w:styleId="56F0B5F7E88343BC802D4D527005CA4A">
    <w:name w:val="56F0B5F7E88343BC802D4D527005CA4A"/>
    <w:rsid w:val="00FD6EA4"/>
  </w:style>
  <w:style w:type="paragraph" w:customStyle="1" w:styleId="A419484898094B318A4E21A75BF04C6F5">
    <w:name w:val="A419484898094B318A4E21A75BF04C6F5"/>
    <w:rsid w:val="00FD6EA4"/>
    <w:rPr>
      <w:lang w:val="en-US" w:eastAsia="en-US"/>
    </w:rPr>
  </w:style>
  <w:style w:type="paragraph" w:customStyle="1" w:styleId="26C990C75B194477A2BCB160142A53B0">
    <w:name w:val="26C990C75B194477A2BCB160142A53B0"/>
    <w:rsid w:val="00FD6EA4"/>
  </w:style>
  <w:style w:type="paragraph" w:customStyle="1" w:styleId="A419484898094B318A4E21A75BF04C6F6">
    <w:name w:val="A419484898094B318A4E21A75BF04C6F6"/>
    <w:rsid w:val="00FD6EA4"/>
    <w:rPr>
      <w:lang w:val="en-US" w:eastAsia="en-US"/>
    </w:rPr>
  </w:style>
  <w:style w:type="paragraph" w:customStyle="1" w:styleId="B9B2114668634755A6E627797A5FF77C4">
    <w:name w:val="B9B2114668634755A6E627797A5FF77C4"/>
    <w:rsid w:val="00FD6EA4"/>
    <w:rPr>
      <w:lang w:val="en-US" w:eastAsia="en-US"/>
    </w:rPr>
  </w:style>
  <w:style w:type="paragraph" w:customStyle="1" w:styleId="9A75A2855CC04572AEF90817A51932244">
    <w:name w:val="9A75A2855CC04572AEF90817A51932244"/>
    <w:rsid w:val="00FD6EA4"/>
    <w:rPr>
      <w:lang w:val="en-US" w:eastAsia="en-US"/>
    </w:rPr>
  </w:style>
  <w:style w:type="paragraph" w:customStyle="1" w:styleId="A419484898094B318A4E21A75BF04C6F7">
    <w:name w:val="A419484898094B318A4E21A75BF04C6F7"/>
    <w:rsid w:val="00FD6EA4"/>
    <w:rPr>
      <w:lang w:val="en-US" w:eastAsia="en-US"/>
    </w:rPr>
  </w:style>
  <w:style w:type="paragraph" w:customStyle="1" w:styleId="B9B2114668634755A6E627797A5FF77C5">
    <w:name w:val="B9B2114668634755A6E627797A5FF77C5"/>
    <w:rsid w:val="00FD6EA4"/>
    <w:rPr>
      <w:lang w:val="en-US" w:eastAsia="en-US"/>
    </w:rPr>
  </w:style>
  <w:style w:type="paragraph" w:customStyle="1" w:styleId="9A75A2855CC04572AEF90817A51932245">
    <w:name w:val="9A75A2855CC04572AEF90817A51932245"/>
    <w:rsid w:val="00FD6EA4"/>
    <w:rPr>
      <w:lang w:val="en-US" w:eastAsia="en-US"/>
    </w:rPr>
  </w:style>
  <w:style w:type="paragraph" w:customStyle="1" w:styleId="A419484898094B318A4E21A75BF04C6F8">
    <w:name w:val="A419484898094B318A4E21A75BF04C6F8"/>
    <w:rsid w:val="00FD6EA4"/>
    <w:rPr>
      <w:lang w:val="en-US" w:eastAsia="en-US"/>
    </w:rPr>
  </w:style>
  <w:style w:type="paragraph" w:customStyle="1" w:styleId="B9B2114668634755A6E627797A5FF77C6">
    <w:name w:val="B9B2114668634755A6E627797A5FF77C6"/>
    <w:rsid w:val="00FD6EA4"/>
    <w:rPr>
      <w:lang w:val="en-US" w:eastAsia="en-US"/>
    </w:rPr>
  </w:style>
  <w:style w:type="paragraph" w:customStyle="1" w:styleId="9A75A2855CC04572AEF90817A51932246">
    <w:name w:val="9A75A2855CC04572AEF90817A51932246"/>
    <w:rsid w:val="00FD6EA4"/>
    <w:rPr>
      <w:lang w:val="en-US" w:eastAsia="en-US"/>
    </w:rPr>
  </w:style>
  <w:style w:type="paragraph" w:customStyle="1" w:styleId="A419484898094B318A4E21A75BF04C6F9">
    <w:name w:val="A419484898094B318A4E21A75BF04C6F9"/>
    <w:rsid w:val="00FD6EA4"/>
    <w:rPr>
      <w:lang w:val="en-US" w:eastAsia="en-US"/>
    </w:rPr>
  </w:style>
  <w:style w:type="paragraph" w:customStyle="1" w:styleId="B9B2114668634755A6E627797A5FF77C7">
    <w:name w:val="B9B2114668634755A6E627797A5FF77C7"/>
    <w:rsid w:val="00FD6EA4"/>
    <w:rPr>
      <w:lang w:val="en-US" w:eastAsia="en-US"/>
    </w:rPr>
  </w:style>
  <w:style w:type="paragraph" w:customStyle="1" w:styleId="9A75A2855CC04572AEF90817A51932247">
    <w:name w:val="9A75A2855CC04572AEF90817A51932247"/>
    <w:rsid w:val="00FD6EA4"/>
    <w:rPr>
      <w:lang w:val="en-US" w:eastAsia="en-US"/>
    </w:rPr>
  </w:style>
  <w:style w:type="paragraph" w:customStyle="1" w:styleId="A419484898094B318A4E21A75BF04C6F10">
    <w:name w:val="A419484898094B318A4E21A75BF04C6F10"/>
    <w:rsid w:val="00FD6EA4"/>
    <w:rPr>
      <w:lang w:val="en-US" w:eastAsia="en-US"/>
    </w:rPr>
  </w:style>
  <w:style w:type="paragraph" w:customStyle="1" w:styleId="B9B2114668634755A6E627797A5FF77C8">
    <w:name w:val="B9B2114668634755A6E627797A5FF77C8"/>
    <w:rsid w:val="00FD6EA4"/>
    <w:rPr>
      <w:lang w:val="en-US" w:eastAsia="en-US"/>
    </w:rPr>
  </w:style>
  <w:style w:type="paragraph" w:customStyle="1" w:styleId="9A75A2855CC04572AEF90817A51932248">
    <w:name w:val="9A75A2855CC04572AEF90817A51932248"/>
    <w:rsid w:val="00FD6EA4"/>
    <w:rPr>
      <w:lang w:val="en-US" w:eastAsia="en-US"/>
    </w:rPr>
  </w:style>
  <w:style w:type="paragraph" w:customStyle="1" w:styleId="A419484898094B318A4E21A75BF04C6F11">
    <w:name w:val="A419484898094B318A4E21A75BF04C6F11"/>
    <w:rsid w:val="00FD6EA4"/>
    <w:rPr>
      <w:lang w:val="en-US" w:eastAsia="en-US"/>
    </w:rPr>
  </w:style>
  <w:style w:type="paragraph" w:customStyle="1" w:styleId="B9B2114668634755A6E627797A5FF77C9">
    <w:name w:val="B9B2114668634755A6E627797A5FF77C9"/>
    <w:rsid w:val="00FD6EA4"/>
    <w:rPr>
      <w:lang w:val="en-US" w:eastAsia="en-US"/>
    </w:rPr>
  </w:style>
  <w:style w:type="paragraph" w:customStyle="1" w:styleId="9A75A2855CC04572AEF90817A51932249">
    <w:name w:val="9A75A2855CC04572AEF90817A51932249"/>
    <w:rsid w:val="00FD6EA4"/>
    <w:rPr>
      <w:lang w:val="en-US" w:eastAsia="en-US"/>
    </w:rPr>
  </w:style>
  <w:style w:type="paragraph" w:customStyle="1" w:styleId="A419484898094B318A4E21A75BF04C6F12">
    <w:name w:val="A419484898094B318A4E21A75BF04C6F12"/>
    <w:rsid w:val="00FD6EA4"/>
    <w:rPr>
      <w:lang w:val="en-US" w:eastAsia="en-US"/>
    </w:rPr>
  </w:style>
  <w:style w:type="paragraph" w:customStyle="1" w:styleId="B9B2114668634755A6E627797A5FF77C10">
    <w:name w:val="B9B2114668634755A6E627797A5FF77C10"/>
    <w:rsid w:val="00FD6EA4"/>
    <w:rPr>
      <w:lang w:val="en-US" w:eastAsia="en-US"/>
    </w:rPr>
  </w:style>
  <w:style w:type="paragraph" w:customStyle="1" w:styleId="9A75A2855CC04572AEF90817A519322410">
    <w:name w:val="9A75A2855CC04572AEF90817A519322410"/>
    <w:rsid w:val="00FD6EA4"/>
    <w:rPr>
      <w:lang w:val="en-US" w:eastAsia="en-US"/>
    </w:rPr>
  </w:style>
  <w:style w:type="paragraph" w:customStyle="1" w:styleId="A419484898094B318A4E21A75BF04C6F13">
    <w:name w:val="A419484898094B318A4E21A75BF04C6F13"/>
    <w:rsid w:val="00FD6EA4"/>
    <w:rPr>
      <w:lang w:val="en-US" w:eastAsia="en-US"/>
    </w:rPr>
  </w:style>
  <w:style w:type="paragraph" w:customStyle="1" w:styleId="B9B2114668634755A6E627797A5FF77C11">
    <w:name w:val="B9B2114668634755A6E627797A5FF77C11"/>
    <w:rsid w:val="00FD6EA4"/>
    <w:rPr>
      <w:lang w:val="en-US" w:eastAsia="en-US"/>
    </w:rPr>
  </w:style>
  <w:style w:type="paragraph" w:customStyle="1" w:styleId="9A75A2855CC04572AEF90817A519322411">
    <w:name w:val="9A75A2855CC04572AEF90817A519322411"/>
    <w:rsid w:val="00FD6EA4"/>
    <w:rPr>
      <w:lang w:val="en-US" w:eastAsia="en-US"/>
    </w:rPr>
  </w:style>
  <w:style w:type="paragraph" w:customStyle="1" w:styleId="A419484898094B318A4E21A75BF04C6F14">
    <w:name w:val="A419484898094B318A4E21A75BF04C6F14"/>
    <w:rsid w:val="00FD6EA4"/>
    <w:rPr>
      <w:lang w:val="en-US" w:eastAsia="en-US"/>
    </w:rPr>
  </w:style>
  <w:style w:type="paragraph" w:customStyle="1" w:styleId="B9B2114668634755A6E627797A5FF77C12">
    <w:name w:val="B9B2114668634755A6E627797A5FF77C12"/>
    <w:rsid w:val="00FD6EA4"/>
    <w:rPr>
      <w:lang w:val="en-US" w:eastAsia="en-US"/>
    </w:rPr>
  </w:style>
  <w:style w:type="paragraph" w:customStyle="1" w:styleId="9A75A2855CC04572AEF90817A519322412">
    <w:name w:val="9A75A2855CC04572AEF90817A519322412"/>
    <w:rsid w:val="00FD6EA4"/>
    <w:rPr>
      <w:lang w:val="en-US" w:eastAsia="en-US"/>
    </w:rPr>
  </w:style>
  <w:style w:type="paragraph" w:customStyle="1" w:styleId="A419484898094B318A4E21A75BF04C6F15">
    <w:name w:val="A419484898094B318A4E21A75BF04C6F15"/>
    <w:rsid w:val="00FD6EA4"/>
    <w:rPr>
      <w:lang w:val="en-US" w:eastAsia="en-US"/>
    </w:rPr>
  </w:style>
  <w:style w:type="paragraph" w:customStyle="1" w:styleId="B9B2114668634755A6E627797A5FF77C13">
    <w:name w:val="B9B2114668634755A6E627797A5FF77C13"/>
    <w:rsid w:val="00FD6EA4"/>
    <w:rPr>
      <w:lang w:val="en-US" w:eastAsia="en-US"/>
    </w:rPr>
  </w:style>
  <w:style w:type="paragraph" w:customStyle="1" w:styleId="9A75A2855CC04572AEF90817A519322413">
    <w:name w:val="9A75A2855CC04572AEF90817A519322413"/>
    <w:rsid w:val="00FD6EA4"/>
    <w:rPr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8667069-3020-4412-8BD1-7DC5F5F76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5</Pages>
  <Words>336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MajOrWare IT Solutions | www.majorware.net</Company>
  <LinksUpToDate>false</LinksUpToDate>
  <CharactersWithSpaces>2180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Sultan</cp:lastModifiedBy>
  <cp:revision>6</cp:revision>
  <cp:lastPrinted>2025-02-27T16:05:00Z</cp:lastPrinted>
  <dcterms:created xsi:type="dcterms:W3CDTF">2025-02-27T16:05:00Z</dcterms:created>
  <dcterms:modified xsi:type="dcterms:W3CDTF">2025-02-27T17:47:00Z</dcterms:modified>
</cp:coreProperties>
</file>